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10B" w:rsidRDefault="00A5010B" w:rsidP="005B6AA3">
      <w:pPr>
        <w:autoSpaceDE w:val="0"/>
        <w:autoSpaceDN w:val="0"/>
        <w:spacing w:after="78" w:line="220" w:lineRule="exact"/>
        <w:jc w:val="both"/>
      </w:pPr>
    </w:p>
    <w:p w:rsidR="00A5010B" w:rsidRPr="00085D55" w:rsidRDefault="00A666AA" w:rsidP="009E6A89">
      <w:pPr>
        <w:autoSpaceDE w:val="0"/>
        <w:autoSpaceDN w:val="0"/>
        <w:spacing w:after="0" w:line="0" w:lineRule="atLeast"/>
        <w:ind w:left="149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A5010B" w:rsidRPr="00085D55" w:rsidRDefault="00A666AA" w:rsidP="009E6A89">
      <w:pPr>
        <w:autoSpaceDE w:val="0"/>
        <w:autoSpaceDN w:val="0"/>
        <w:spacing w:after="0" w:line="0" w:lineRule="atLeast"/>
        <w:ind w:left="20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образования и науки Республики Башкортостан</w:t>
      </w:r>
    </w:p>
    <w:p w:rsidR="00A5010B" w:rsidRPr="00085D55" w:rsidRDefault="00A666AA" w:rsidP="009E6A89">
      <w:pPr>
        <w:autoSpaceDE w:val="0"/>
        <w:autoSpaceDN w:val="0"/>
        <w:spacing w:after="0" w:line="0" w:lineRule="atLeast"/>
        <w:ind w:left="75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Администрация муниципального района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Чишминский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район Республики Башкортостан</w:t>
      </w:r>
    </w:p>
    <w:p w:rsidR="00A5010B" w:rsidRDefault="00085D55" w:rsidP="009E6A89">
      <w:pPr>
        <w:autoSpaceDE w:val="0"/>
        <w:autoSpaceDN w:val="0"/>
        <w:spacing w:after="0" w:line="0" w:lineRule="atLeast"/>
        <w:ind w:right="74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Муниципальное бюджетное общеобразовательное учреждение </w:t>
      </w:r>
      <w:r w:rsidR="00A666AA" w:rsidRPr="00085D55">
        <w:rPr>
          <w:rFonts w:ascii="Times New Roman" w:eastAsia="Times New Roman" w:hAnsi="Times New Roman"/>
          <w:color w:val="000000"/>
          <w:sz w:val="24"/>
          <w:lang w:val="ru-RU"/>
        </w:rPr>
        <w:t>Гимназия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муниципального района </w:t>
      </w:r>
      <w:proofErr w:type="spellStart"/>
      <w:r>
        <w:rPr>
          <w:rFonts w:ascii="Times New Roman" w:eastAsia="Times New Roman" w:hAnsi="Times New Roman"/>
          <w:color w:val="000000"/>
          <w:sz w:val="24"/>
          <w:lang w:val="ru-RU"/>
        </w:rPr>
        <w:t>Чишминский</w:t>
      </w:r>
      <w:proofErr w:type="spellEnd"/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 район Республики Башкортостан</w:t>
      </w:r>
    </w:p>
    <w:p w:rsidR="009E6A89" w:rsidRPr="00085D55" w:rsidRDefault="009E6A89" w:rsidP="009E6A89">
      <w:pPr>
        <w:autoSpaceDE w:val="0"/>
        <w:autoSpaceDN w:val="0"/>
        <w:spacing w:after="0" w:line="0" w:lineRule="atLeast"/>
        <w:ind w:right="74"/>
        <w:jc w:val="center"/>
        <w:rPr>
          <w:lang w:val="ru-RU"/>
        </w:rPr>
      </w:pPr>
    </w:p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3119"/>
        <w:gridCol w:w="3685"/>
        <w:gridCol w:w="3544"/>
      </w:tblGrid>
      <w:tr w:rsidR="00A5010B" w:rsidTr="002270A0">
        <w:trPr>
          <w:trHeight w:hRule="exact" w:val="274"/>
        </w:trPr>
        <w:tc>
          <w:tcPr>
            <w:tcW w:w="3119" w:type="dxa"/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4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РАССМОТРЕНО</w:t>
            </w:r>
          </w:p>
        </w:tc>
        <w:tc>
          <w:tcPr>
            <w:tcW w:w="3685" w:type="dxa"/>
            <w:tcMar>
              <w:left w:w="0" w:type="dxa"/>
              <w:right w:w="0" w:type="dxa"/>
            </w:tcMar>
          </w:tcPr>
          <w:p w:rsidR="00A5010B" w:rsidRDefault="00A666AA" w:rsidP="009E6A89">
            <w:pPr>
              <w:autoSpaceDE w:val="0"/>
              <w:autoSpaceDN w:val="0"/>
              <w:spacing w:before="48" w:after="0" w:line="230" w:lineRule="auto"/>
              <w:ind w:firstLine="141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СОГЛАСОВАНО</w:t>
            </w:r>
          </w:p>
        </w:tc>
        <w:tc>
          <w:tcPr>
            <w:tcW w:w="3544" w:type="dxa"/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48" w:after="0" w:line="230" w:lineRule="auto"/>
              <w:ind w:left="39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УТВЕРЖДЕНО</w:t>
            </w:r>
          </w:p>
        </w:tc>
      </w:tr>
      <w:tr w:rsidR="00A5010B" w:rsidTr="002270A0">
        <w:trPr>
          <w:trHeight w:hRule="exact" w:val="276"/>
        </w:trPr>
        <w:tc>
          <w:tcPr>
            <w:tcW w:w="3119" w:type="dxa"/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руководитель ШМО</w:t>
            </w:r>
          </w:p>
        </w:tc>
        <w:tc>
          <w:tcPr>
            <w:tcW w:w="3685" w:type="dxa"/>
            <w:tcMar>
              <w:left w:w="0" w:type="dxa"/>
              <w:right w:w="0" w:type="dxa"/>
            </w:tcMar>
          </w:tcPr>
          <w:p w:rsidR="00A5010B" w:rsidRDefault="00A666AA" w:rsidP="009E6A89">
            <w:pPr>
              <w:autoSpaceDE w:val="0"/>
              <w:autoSpaceDN w:val="0"/>
              <w:spacing w:after="0" w:line="230" w:lineRule="auto"/>
              <w:ind w:firstLine="141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заместитель директора по УВР </w:t>
            </w:r>
          </w:p>
        </w:tc>
        <w:tc>
          <w:tcPr>
            <w:tcW w:w="3544" w:type="dxa"/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after="0" w:line="230" w:lineRule="auto"/>
              <w:ind w:left="39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директор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Гимназии</w:t>
            </w:r>
            <w:proofErr w:type="spellEnd"/>
          </w:p>
        </w:tc>
      </w:tr>
    </w:tbl>
    <w:p w:rsidR="00A5010B" w:rsidRDefault="00A5010B" w:rsidP="005B6AA3">
      <w:pPr>
        <w:autoSpaceDE w:val="0"/>
        <w:autoSpaceDN w:val="0"/>
        <w:spacing w:after="0" w:line="60" w:lineRule="exact"/>
        <w:jc w:val="both"/>
      </w:pPr>
    </w:p>
    <w:tbl>
      <w:tblPr>
        <w:tblW w:w="10403" w:type="dxa"/>
        <w:tblLayout w:type="fixed"/>
        <w:tblLook w:val="04A0" w:firstRow="1" w:lastRow="0" w:firstColumn="1" w:lastColumn="0" w:noHBand="0" w:noVBand="1"/>
      </w:tblPr>
      <w:tblGrid>
        <w:gridCol w:w="3119"/>
        <w:gridCol w:w="3741"/>
        <w:gridCol w:w="3543"/>
      </w:tblGrid>
      <w:tr w:rsidR="00A5010B" w:rsidTr="002270A0">
        <w:trPr>
          <w:trHeight w:hRule="exact" w:val="362"/>
        </w:trPr>
        <w:tc>
          <w:tcPr>
            <w:tcW w:w="3119" w:type="dxa"/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60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Башмакова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Л.Ф.</w:t>
            </w:r>
          </w:p>
        </w:tc>
        <w:tc>
          <w:tcPr>
            <w:tcW w:w="3741" w:type="dxa"/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60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_______Гилязетдинова З.Я.</w:t>
            </w:r>
          </w:p>
        </w:tc>
        <w:tc>
          <w:tcPr>
            <w:tcW w:w="3543" w:type="dxa"/>
            <w:tcMar>
              <w:left w:w="0" w:type="dxa"/>
              <w:right w:w="0" w:type="dxa"/>
            </w:tcMar>
          </w:tcPr>
          <w:p w:rsidR="00A5010B" w:rsidRDefault="009E6A89" w:rsidP="009E6A89">
            <w:pPr>
              <w:autoSpaceDE w:val="0"/>
              <w:autoSpaceDN w:val="0"/>
              <w:spacing w:before="60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    </w:t>
            </w:r>
            <w:r w:rsidR="00A666AA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_________</w:t>
            </w:r>
            <w:proofErr w:type="spellStart"/>
            <w:r w:rsidR="00A666AA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Гайнанова</w:t>
            </w:r>
            <w:proofErr w:type="spellEnd"/>
            <w:r w:rsidR="00A666AA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Р.Ф.</w:t>
            </w:r>
          </w:p>
        </w:tc>
      </w:tr>
      <w:tr w:rsidR="00A5010B" w:rsidTr="002270A0">
        <w:trPr>
          <w:trHeight w:hRule="exact" w:val="420"/>
        </w:trPr>
        <w:tc>
          <w:tcPr>
            <w:tcW w:w="3119" w:type="dxa"/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106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№1</w:t>
            </w:r>
          </w:p>
        </w:tc>
        <w:tc>
          <w:tcPr>
            <w:tcW w:w="3741" w:type="dxa"/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106" w:after="0" w:line="230" w:lineRule="auto"/>
              <w:ind w:left="596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Протокол №1</w:t>
            </w:r>
          </w:p>
        </w:tc>
        <w:tc>
          <w:tcPr>
            <w:tcW w:w="3543" w:type="dxa"/>
            <w:tcMar>
              <w:left w:w="0" w:type="dxa"/>
              <w:right w:w="0" w:type="dxa"/>
            </w:tcMar>
          </w:tcPr>
          <w:p w:rsidR="00A5010B" w:rsidRDefault="009E6A89" w:rsidP="009E6A89">
            <w:pPr>
              <w:autoSpaceDE w:val="0"/>
              <w:autoSpaceDN w:val="0"/>
              <w:spacing w:before="106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    </w:t>
            </w:r>
            <w:proofErr w:type="spellStart"/>
            <w:r w:rsidR="00A666AA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Приказ</w:t>
            </w:r>
            <w:proofErr w:type="spellEnd"/>
            <w:r w:rsidR="00A666AA"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№188</w:t>
            </w:r>
          </w:p>
        </w:tc>
      </w:tr>
      <w:tr w:rsidR="00A5010B" w:rsidRPr="00927207" w:rsidTr="002270A0">
        <w:trPr>
          <w:trHeight w:hRule="exact" w:val="380"/>
        </w:trPr>
        <w:tc>
          <w:tcPr>
            <w:tcW w:w="3119" w:type="dxa"/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94" w:after="0" w:line="230" w:lineRule="auto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 xml:space="preserve"> "03" 08</w:t>
            </w:r>
            <w:r w:rsidR="00927207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</w:rPr>
              <w:t>2022 г.</w:t>
            </w:r>
          </w:p>
        </w:tc>
        <w:tc>
          <w:tcPr>
            <w:tcW w:w="3741" w:type="dxa"/>
            <w:tcMar>
              <w:left w:w="0" w:type="dxa"/>
              <w:right w:w="0" w:type="dxa"/>
            </w:tcMar>
          </w:tcPr>
          <w:p w:rsidR="00A5010B" w:rsidRPr="00927207" w:rsidRDefault="00927207" w:rsidP="005B6AA3">
            <w:pPr>
              <w:autoSpaceDE w:val="0"/>
              <w:autoSpaceDN w:val="0"/>
              <w:spacing w:before="94" w:after="0" w:line="230" w:lineRule="auto"/>
              <w:ind w:left="596"/>
              <w:jc w:val="both"/>
              <w:rPr>
                <w:lang w:val="ru-RU"/>
              </w:rPr>
            </w:pPr>
            <w:r w:rsidRPr="00927207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от "03" 08</w:t>
            </w: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.</w:t>
            </w:r>
            <w:r w:rsidR="00A666AA" w:rsidRPr="00927207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2022 г.</w:t>
            </w:r>
          </w:p>
        </w:tc>
        <w:tc>
          <w:tcPr>
            <w:tcW w:w="3543" w:type="dxa"/>
            <w:tcMar>
              <w:left w:w="0" w:type="dxa"/>
              <w:right w:w="0" w:type="dxa"/>
            </w:tcMar>
          </w:tcPr>
          <w:p w:rsidR="00A5010B" w:rsidRPr="00927207" w:rsidRDefault="009E6A89" w:rsidP="009E6A89">
            <w:pPr>
              <w:autoSpaceDE w:val="0"/>
              <w:autoSpaceDN w:val="0"/>
              <w:spacing w:before="94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 xml:space="preserve">       </w:t>
            </w:r>
            <w:r w:rsidR="00A666AA" w:rsidRPr="00927207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от "03" 08</w:t>
            </w:r>
            <w:r w:rsidR="00927207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.</w:t>
            </w:r>
            <w:bookmarkStart w:id="0" w:name="_GoBack"/>
            <w:bookmarkEnd w:id="0"/>
            <w:r w:rsidR="00A666AA" w:rsidRPr="00927207">
              <w:rPr>
                <w:rFonts w:ascii="Times New Roman" w:eastAsia="Times New Roman" w:hAnsi="Times New Roman"/>
                <w:color w:val="000000"/>
                <w:w w:val="102"/>
                <w:sz w:val="20"/>
                <w:lang w:val="ru-RU"/>
              </w:rPr>
              <w:t>2022 г.</w:t>
            </w:r>
          </w:p>
        </w:tc>
      </w:tr>
    </w:tbl>
    <w:p w:rsidR="009E6A89" w:rsidRPr="00927207" w:rsidRDefault="009E6A89" w:rsidP="009E6A89">
      <w:pPr>
        <w:autoSpaceDE w:val="0"/>
        <w:autoSpaceDN w:val="0"/>
        <w:spacing w:after="0" w:line="0" w:lineRule="atLeast"/>
        <w:ind w:right="74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Pr="00927207" w:rsidRDefault="009E6A89" w:rsidP="009E6A89">
      <w:pPr>
        <w:autoSpaceDE w:val="0"/>
        <w:autoSpaceDN w:val="0"/>
        <w:spacing w:after="0" w:line="0" w:lineRule="atLeast"/>
        <w:ind w:right="74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Pr="00927207" w:rsidRDefault="009E6A89" w:rsidP="009E6A89">
      <w:pPr>
        <w:autoSpaceDE w:val="0"/>
        <w:autoSpaceDN w:val="0"/>
        <w:spacing w:after="0" w:line="0" w:lineRule="atLeast"/>
        <w:ind w:right="74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Pr="00927207" w:rsidRDefault="009E6A89" w:rsidP="009E6A89">
      <w:pPr>
        <w:autoSpaceDE w:val="0"/>
        <w:autoSpaceDN w:val="0"/>
        <w:spacing w:after="0" w:line="0" w:lineRule="atLeast"/>
        <w:ind w:right="74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Pr="00927207" w:rsidRDefault="009E6A89" w:rsidP="009E6A89">
      <w:pPr>
        <w:autoSpaceDE w:val="0"/>
        <w:autoSpaceDN w:val="0"/>
        <w:spacing w:after="0" w:line="0" w:lineRule="atLeast"/>
        <w:ind w:right="74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Pr="00927207" w:rsidRDefault="009E6A89" w:rsidP="009E6A89">
      <w:pPr>
        <w:autoSpaceDE w:val="0"/>
        <w:autoSpaceDN w:val="0"/>
        <w:spacing w:after="0" w:line="0" w:lineRule="atLeast"/>
        <w:ind w:right="74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A5010B" w:rsidRPr="009E6A89" w:rsidRDefault="00A666AA" w:rsidP="009E6A89">
      <w:pPr>
        <w:autoSpaceDE w:val="0"/>
        <w:autoSpaceDN w:val="0"/>
        <w:spacing w:after="0" w:line="0" w:lineRule="atLeast"/>
        <w:ind w:right="74"/>
        <w:jc w:val="center"/>
        <w:rPr>
          <w:b/>
          <w:lang w:val="ru-RU"/>
        </w:rPr>
      </w:pPr>
      <w:r w:rsidRPr="009E6A89">
        <w:rPr>
          <w:rFonts w:ascii="Times New Roman" w:eastAsia="Times New Roman" w:hAnsi="Times New Roman"/>
          <w:b/>
          <w:color w:val="000000"/>
          <w:sz w:val="24"/>
          <w:lang w:val="ru-RU"/>
        </w:rPr>
        <w:t>РАБОЧАЯ ПРОГРАММА</w:t>
      </w:r>
    </w:p>
    <w:p w:rsidR="00A5010B" w:rsidRPr="009E6A89" w:rsidRDefault="00A666AA" w:rsidP="009E6A89">
      <w:pPr>
        <w:autoSpaceDE w:val="0"/>
        <w:autoSpaceDN w:val="0"/>
        <w:spacing w:after="0" w:line="0" w:lineRule="atLeast"/>
        <w:ind w:right="74"/>
        <w:jc w:val="center"/>
        <w:rPr>
          <w:b/>
          <w:lang w:val="ru-RU"/>
        </w:rPr>
      </w:pPr>
      <w:r w:rsidRPr="009E6A89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 w:rsidRPr="009E6A89">
        <w:rPr>
          <w:rFonts w:ascii="Times New Roman" w:eastAsia="Times New Roman" w:hAnsi="Times New Roman"/>
          <w:b/>
          <w:color w:val="000000"/>
          <w:sz w:val="24"/>
        </w:rPr>
        <w:t>ID</w:t>
      </w:r>
      <w:r w:rsidRPr="009E6A89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4684920)</w:t>
      </w:r>
    </w:p>
    <w:p w:rsidR="00A5010B" w:rsidRPr="009E6A89" w:rsidRDefault="00A666AA" w:rsidP="009E6A89">
      <w:pPr>
        <w:autoSpaceDE w:val="0"/>
        <w:autoSpaceDN w:val="0"/>
        <w:spacing w:after="0" w:line="0" w:lineRule="atLeast"/>
        <w:ind w:right="74"/>
        <w:jc w:val="center"/>
        <w:rPr>
          <w:b/>
          <w:lang w:val="ru-RU"/>
        </w:rPr>
      </w:pPr>
      <w:r w:rsidRPr="009E6A89">
        <w:rPr>
          <w:rFonts w:ascii="Times New Roman" w:eastAsia="Times New Roman" w:hAnsi="Times New Roman"/>
          <w:b/>
          <w:color w:val="000000"/>
          <w:sz w:val="24"/>
          <w:lang w:val="ru-RU"/>
        </w:rPr>
        <w:t>учебного курса</w:t>
      </w:r>
    </w:p>
    <w:p w:rsidR="00A5010B" w:rsidRPr="009E6A89" w:rsidRDefault="00A666AA" w:rsidP="009E6A89">
      <w:pPr>
        <w:autoSpaceDE w:val="0"/>
        <w:autoSpaceDN w:val="0"/>
        <w:spacing w:after="0" w:line="0" w:lineRule="atLeast"/>
        <w:jc w:val="center"/>
        <w:rPr>
          <w:b/>
          <w:lang w:val="ru-RU"/>
        </w:rPr>
      </w:pPr>
      <w:r w:rsidRPr="009E6A89">
        <w:rPr>
          <w:rFonts w:ascii="Times New Roman" w:eastAsia="Times New Roman" w:hAnsi="Times New Roman"/>
          <w:b/>
          <w:color w:val="000000"/>
          <w:sz w:val="24"/>
          <w:lang w:val="ru-RU"/>
        </w:rPr>
        <w:t>«Основы духовно-нравственной культуры народов России»</w:t>
      </w:r>
    </w:p>
    <w:p w:rsidR="00A5010B" w:rsidRPr="009E6A89" w:rsidRDefault="00A666AA" w:rsidP="009E6A89">
      <w:pPr>
        <w:autoSpaceDE w:val="0"/>
        <w:autoSpaceDN w:val="0"/>
        <w:spacing w:after="0" w:line="0" w:lineRule="atLeast"/>
        <w:ind w:right="74"/>
        <w:jc w:val="center"/>
        <w:rPr>
          <w:b/>
          <w:lang w:val="ru-RU"/>
        </w:rPr>
      </w:pPr>
      <w:r w:rsidRPr="009E6A89">
        <w:rPr>
          <w:rFonts w:ascii="Times New Roman" w:eastAsia="Times New Roman" w:hAnsi="Times New Roman"/>
          <w:b/>
          <w:color w:val="000000"/>
          <w:sz w:val="24"/>
          <w:lang w:val="ru-RU"/>
        </w:rPr>
        <w:t>для 5 класса основного общего образования</w:t>
      </w:r>
    </w:p>
    <w:p w:rsidR="00A5010B" w:rsidRPr="009E6A89" w:rsidRDefault="00157323" w:rsidP="009E6A89">
      <w:pPr>
        <w:tabs>
          <w:tab w:val="left" w:pos="0"/>
        </w:tabs>
        <w:autoSpaceDE w:val="0"/>
        <w:autoSpaceDN w:val="0"/>
        <w:spacing w:after="0" w:line="0" w:lineRule="atLeast"/>
        <w:ind w:right="74"/>
        <w:jc w:val="center"/>
        <w:rPr>
          <w:b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на 2022-2023 </w:t>
      </w:r>
      <w:r w:rsidR="00A666AA" w:rsidRPr="009E6A89">
        <w:rPr>
          <w:rFonts w:ascii="Times New Roman" w:eastAsia="Times New Roman" w:hAnsi="Times New Roman"/>
          <w:b/>
          <w:color w:val="000000"/>
          <w:sz w:val="24"/>
          <w:lang w:val="ru-RU"/>
        </w:rPr>
        <w:t>учебный год</w:t>
      </w: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E6A89" w:rsidRDefault="009E6A89" w:rsidP="009E6A89">
      <w:pPr>
        <w:autoSpaceDE w:val="0"/>
        <w:autoSpaceDN w:val="0"/>
        <w:spacing w:after="0" w:line="0" w:lineRule="atLeast"/>
        <w:ind w:left="5670" w:right="20"/>
        <w:jc w:val="both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A5010B" w:rsidRPr="00085D55" w:rsidRDefault="00A666AA" w:rsidP="009E6A89">
      <w:pPr>
        <w:autoSpaceDE w:val="0"/>
        <w:autoSpaceDN w:val="0"/>
        <w:spacing w:after="0" w:line="0" w:lineRule="atLeast"/>
        <w:ind w:left="5670" w:right="20"/>
        <w:jc w:val="both"/>
        <w:rPr>
          <w:lang w:val="ru-RU"/>
        </w:rPr>
      </w:pPr>
      <w:r w:rsidRPr="009E6A89">
        <w:rPr>
          <w:rFonts w:ascii="Times New Roman" w:eastAsia="Times New Roman" w:hAnsi="Times New Roman"/>
          <w:b/>
          <w:color w:val="000000"/>
          <w:sz w:val="24"/>
          <w:lang w:val="ru-RU"/>
        </w:rPr>
        <w:t>Составитель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: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Гайнанова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Румия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Фаатовна</w:t>
      </w:r>
      <w:proofErr w:type="spellEnd"/>
    </w:p>
    <w:p w:rsidR="002270A0" w:rsidRDefault="00A666AA" w:rsidP="002270A0">
      <w:pPr>
        <w:autoSpaceDE w:val="0"/>
        <w:autoSpaceDN w:val="0"/>
        <w:spacing w:before="70" w:after="0" w:line="230" w:lineRule="auto"/>
        <w:ind w:left="5670" w:right="2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учитель истории высшей категории</w:t>
      </w:r>
    </w:p>
    <w:p w:rsidR="002270A0" w:rsidRDefault="002270A0" w:rsidP="002270A0">
      <w:pPr>
        <w:autoSpaceDE w:val="0"/>
        <w:autoSpaceDN w:val="0"/>
        <w:spacing w:before="70" w:after="0" w:line="230" w:lineRule="auto"/>
        <w:ind w:left="5670" w:right="2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2270A0" w:rsidRDefault="002270A0" w:rsidP="002270A0">
      <w:pPr>
        <w:autoSpaceDE w:val="0"/>
        <w:autoSpaceDN w:val="0"/>
        <w:spacing w:before="70" w:after="0" w:line="230" w:lineRule="auto"/>
        <w:ind w:left="5670" w:right="2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2270A0" w:rsidRDefault="002270A0" w:rsidP="002270A0">
      <w:pPr>
        <w:autoSpaceDE w:val="0"/>
        <w:autoSpaceDN w:val="0"/>
        <w:spacing w:before="70" w:after="0" w:line="230" w:lineRule="auto"/>
        <w:ind w:left="5670" w:right="2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2270A0" w:rsidRDefault="002270A0" w:rsidP="002270A0">
      <w:pPr>
        <w:autoSpaceDE w:val="0"/>
        <w:autoSpaceDN w:val="0"/>
        <w:spacing w:before="70" w:after="0" w:line="230" w:lineRule="auto"/>
        <w:ind w:right="20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2270A0" w:rsidRDefault="002270A0" w:rsidP="002270A0">
      <w:pPr>
        <w:autoSpaceDE w:val="0"/>
        <w:autoSpaceDN w:val="0"/>
        <w:spacing w:before="70" w:after="0" w:line="230" w:lineRule="auto"/>
        <w:ind w:left="5670" w:right="2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2270A0" w:rsidRDefault="002270A0" w:rsidP="002270A0">
      <w:pPr>
        <w:autoSpaceDE w:val="0"/>
        <w:autoSpaceDN w:val="0"/>
        <w:spacing w:before="70" w:after="0" w:line="230" w:lineRule="auto"/>
        <w:ind w:right="20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A5010B" w:rsidRPr="00085D55" w:rsidRDefault="00A666AA" w:rsidP="002270A0">
      <w:pPr>
        <w:autoSpaceDE w:val="0"/>
        <w:autoSpaceDN w:val="0"/>
        <w:spacing w:before="70" w:after="0" w:line="230" w:lineRule="auto"/>
        <w:ind w:right="20"/>
        <w:jc w:val="center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Чишмы 2022</w:t>
      </w:r>
    </w:p>
    <w:p w:rsidR="00A5010B" w:rsidRDefault="00A5010B" w:rsidP="005B6AA3">
      <w:pPr>
        <w:ind w:left="6804" w:right="20"/>
        <w:jc w:val="both"/>
        <w:rPr>
          <w:lang w:val="ru-RU"/>
        </w:rPr>
      </w:pPr>
    </w:p>
    <w:p w:rsidR="00A5010B" w:rsidRPr="00085D55" w:rsidRDefault="00A666AA" w:rsidP="002270A0">
      <w:pPr>
        <w:autoSpaceDE w:val="0"/>
        <w:autoSpaceDN w:val="0"/>
        <w:spacing w:after="0" w:line="0" w:lineRule="atLeast"/>
        <w:jc w:val="center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ПОЯСНИТЕЛЬНАЯ ЗАПИСКА</w:t>
      </w:r>
    </w:p>
    <w:p w:rsidR="00A5010B" w:rsidRPr="00085D55" w:rsidRDefault="00A666AA" w:rsidP="002270A0">
      <w:pPr>
        <w:autoSpaceDE w:val="0"/>
        <w:autoSpaceDN w:val="0"/>
        <w:spacing w:after="0" w:line="0" w:lineRule="atLeast"/>
        <w:jc w:val="center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КУРСА «ОСНОВЫ ДУХОВНО-НРАВСТВЕННОЙ КУЛЬТУРЫ НАРОДОВ РОССИИ»</w:t>
      </w:r>
    </w:p>
    <w:p w:rsidR="005B6AA3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144" w:firstLine="851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Программа по предметной области «Основы духовно-нравственной культуры народов </w:t>
      </w:r>
      <w:proofErr w:type="gram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России»(</w:t>
      </w:r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далее  — ОДНКНР) для 5 классов образовательных организаций составлена в соответствии с: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требованиями Федерального государственного образовательного стандарта основного общего образования (ФГОС ООО) (утверждён приказом  Министерства просвещения Российской Федерации от 31 мая 2021 г. № 287); </w:t>
      </w:r>
    </w:p>
    <w:p w:rsidR="005B6AA3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144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требованиями к результатам освоения программы основного общего образования (личностным,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метапредметным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, предметным); 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144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основными подходами к развитию и формированию универсальных учебных действий (УУД) для основного общего образования.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144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В программе по данному курсу соблюдается преемственность с Федеральным государственным образовательным стандартом начального общего образования, а также учитываются возрастные и психологические особенности обучающихся на ступени основного общего образования,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необходимость формирования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связей. Также в программе учитывается, что данная дисциплина носит культурологический и воспитательный характер, что позволяет утверждать, что именно духовно-нравственное развитие обучающихся в духе общероссийской гражданской идентичности на основе традиционных российских духовно-нравственных ценностей — важнейший результат обучения ОДНКНР.</w:t>
      </w:r>
    </w:p>
    <w:p w:rsidR="00A5010B" w:rsidRPr="00085D55" w:rsidRDefault="00A666AA" w:rsidP="002270A0">
      <w:pPr>
        <w:autoSpaceDE w:val="0"/>
        <w:autoSpaceDN w:val="0"/>
        <w:spacing w:after="0" w:line="0" w:lineRule="atLeast"/>
        <w:ind w:right="42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Сохранение традиционных российских духовно-нравственных ценностей как значимой части культурного и исторического наследия народов </w:t>
      </w:r>
      <w:proofErr w:type="gram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России  —</w:t>
      </w:r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один из ключевых национальных приоритетов Российской Федерации, способствующих дальнейшей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гуманизации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и развитию российского общества, формированию гражданской идентичности у подрастающих поколений.</w:t>
      </w:r>
    </w:p>
    <w:p w:rsidR="005B6AA3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Согласно Стратегии национальной безопасности Российской Федерации (утверждена указом Президента Российской Федерации от 2  июля 2021 г. № 400, пункт 91), к традиционным российским духовно-нравственным ценностям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историческая память и преемственность поколений, единство народов России. Именно традиционные российские духовно-нравственные ценности объединяют Россию как многонациональное и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многоконфессиональное государство, лежат в основе представлений о гражданской идентичности как ключевом ориентире духовно-нравственного развития обучающихся.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Центральная идея гражданской идентичности — образ будущего нашей страны, который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формируется с учётом национальных и стратегических приоритетов российского общества,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культурно-исторических традиций всех народов России, духовно-нравственных ценностей, присущих ей на протяжении всей её истории.</w:t>
      </w:r>
    </w:p>
    <w:p w:rsidR="005B6AA3" w:rsidRDefault="00A666AA" w:rsidP="002270A0">
      <w:pPr>
        <w:tabs>
          <w:tab w:val="left" w:pos="0"/>
        </w:tabs>
        <w:autoSpaceDE w:val="0"/>
        <w:autoSpaceDN w:val="0"/>
        <w:spacing w:after="0" w:line="0" w:lineRule="atLeast"/>
        <w:ind w:right="42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В  процессе изучения курса ОДНКНР школьники получают возможность систематизировать, расширять и углублять полученные в рамках общественно-научных дисциплин знания и представления о структуре и закономерностях развития социума, о прошлом и настоящем родной страны, находить в истории российского общества существенные связи с традиционной духовно-нравственной культурой России, определять свою идентичность как члена семьи, школьного коллектива, региональной общности, гражданина страны с опорой на традиционные духовно-нравственные ценности.</w:t>
      </w:r>
    </w:p>
    <w:p w:rsidR="00A5010B" w:rsidRPr="00085D55" w:rsidRDefault="00A666AA" w:rsidP="002270A0">
      <w:pPr>
        <w:tabs>
          <w:tab w:val="left" w:pos="0"/>
        </w:tabs>
        <w:autoSpaceDE w:val="0"/>
        <w:autoSpaceDN w:val="0"/>
        <w:spacing w:after="0" w:line="0" w:lineRule="atLeast"/>
        <w:ind w:right="-99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Не менее важно отметить, что данный курс формируется и преподаётся в соответствии с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принципами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культурологичности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и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культуросообразности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, научности содержания и подхода к отбору информации, соответствия требованиям возрастной педагогики и психологии.</w:t>
      </w:r>
    </w:p>
    <w:p w:rsidR="00A5010B" w:rsidRPr="00085D55" w:rsidRDefault="00A666AA" w:rsidP="002270A0">
      <w:pPr>
        <w:autoSpaceDE w:val="0"/>
        <w:autoSpaceDN w:val="0"/>
        <w:spacing w:after="0" w:line="0" w:lineRule="atLeast"/>
        <w:ind w:right="42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В процессе </w:t>
      </w:r>
      <w:proofErr w:type="gram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изучения курса</w:t>
      </w:r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обучающиеся получают представление о существенных взаимосвязях между материальной и духовной культурой, обусловленности культурных реалий современного общества его духовно-нравственным обликом. Изучаются основные компоненты культуры, её специфические инструменты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самопрезентации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, исторические и современные особенности духовно-нравственного развития народов России.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144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Содержание курса направлено на формирование нравственного идеала, гражданской идентичности личности обучающегося и воспитание патриотических чувств к Родине (осознание себя как гражданина своего Отечества), формирование исторической памяти.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Материал курса представлен через актуализацию макроуровня (Россия в целом как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многонациональное,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поликонфессиональное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государство, с едиными для всех законами,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общероссийскими духовно-нравственными и культурными ценностями) на микроуровне (собственная идентичность, осознанная как часть малой Родины, семьи и семейных традиций, этнической и религиозной истории, к которой принадлежит обучающийся как личность).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288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Принцип </w:t>
      </w:r>
      <w:proofErr w:type="spellStart"/>
      <w:r w:rsidRPr="00085D55">
        <w:rPr>
          <w:rFonts w:ascii="Times New Roman" w:eastAsia="Times New Roman" w:hAnsi="Times New Roman"/>
          <w:i/>
          <w:color w:val="000000"/>
          <w:sz w:val="24"/>
          <w:lang w:val="ru-RU"/>
        </w:rPr>
        <w:t>культурологичности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в преподавании означает важность культурологического, а не конфессионального подхода, отсутствие культурной, этнической, религиозной ангажированности в содержании предмета и его смысловых акцентах.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i/>
          <w:color w:val="000000"/>
          <w:sz w:val="24"/>
          <w:lang w:val="ru-RU"/>
        </w:rPr>
        <w:t>Принцип научности подходов и содержания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в преподавании данной дисциплины означает важность терминологического единства, необходимость освоения основных научных подходов к рассмотрению культуры и усвоению научной терминологии для понимания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культурообразующих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элементов и формирования познавательного интереса к этнокультурным и религиозным феноменам.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i/>
          <w:color w:val="000000"/>
          <w:sz w:val="24"/>
          <w:lang w:val="ru-RU"/>
        </w:rPr>
        <w:t>Принцип соответствия требованиям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возрастной педагогики и психологии включает отбор тем и содержания курса согласно приоритетным зонам ближайшего развития, когнитивным способностям и социальным потребностям обучающихся, содержанию гуманитарных и общественно-научных учебных предметов.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i/>
          <w:color w:val="000000"/>
          <w:sz w:val="24"/>
          <w:lang w:val="ru-RU"/>
        </w:rPr>
        <w:t xml:space="preserve">Принцип формирования гражданского самосознания и общероссийской гражданской идентичности 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обучающихся в процессе изучения курса предметной области ОДНКНР включает осознание важности наднационального и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надконфессионального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гражданского единства народов России как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основополагающего элемента в воспитании патриотизма и любви к Родине. Данный принцип должен быть реализован через поиск объединяющих черт в духовно-нравственной жизни народов России, их культуре, религии и историческом развитии.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center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ЦЕЛИ И ЗАДАЧИ ИЗУЧЕНИЯ УЧЕБНОГО КУРСА «ОСНОВЫ ДУХОВНО-НРАВСТВЕННОЙ КУЛЬТУРЫ НАРОДОВ РОССИИ»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Целями 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изучения учебного курса являются: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42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формирование общероссийской гражданской идентичности обучающихся через изучение культуры (единого культурного пространства) России в контексте процессов </w:t>
      </w:r>
      <w:r w:rsidRPr="00085D55">
        <w:rPr>
          <w:lang w:val="ru-RU"/>
        </w:rPr>
        <w:br/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этноконфессионального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согласия и взаимодействия, взаимопроникновения и мирного сосуществования народов, религий, национальных культур;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288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создание условий для становления у обучающихся мировоззрения на основе традиционных российских духовно-нравственных ценностей, ведущих к осознанию своей принадлежности к многонациональному народу Российской Федерации;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и сохранение уважения к ценностям и убеждениям представителей разных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национальностей и вероисповеданий, а также способности к диалогу с представителями других культур и мировоззрений;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42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идентификация собственной личности как полноправного субъекта культурного, исторического и цивилизационного развития страны.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Цели курса определяют следующие </w:t>
      </w: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задачи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</w:t>
      </w:r>
    </w:p>
    <w:p w:rsidR="00A5010B" w:rsidRPr="00085D55" w:rsidRDefault="00A666AA" w:rsidP="005B6AA3">
      <w:pPr>
        <w:tabs>
          <w:tab w:val="left" w:pos="0"/>
        </w:tabs>
        <w:autoSpaceDE w:val="0"/>
        <w:autoSpaceDN w:val="0"/>
        <w:spacing w:after="0" w:line="0" w:lineRule="atLeast"/>
        <w:ind w:right="42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овладение предметными компетенциями, имеющими преимущественное значение для формирования гражданской идентичности обучающегося;</w:t>
      </w:r>
    </w:p>
    <w:p w:rsidR="00A5010B" w:rsidRPr="00085D55" w:rsidRDefault="00A666AA" w:rsidP="002270A0">
      <w:pPr>
        <w:autoSpaceDE w:val="0"/>
        <w:autoSpaceDN w:val="0"/>
        <w:spacing w:after="0" w:line="0" w:lineRule="atLeast"/>
        <w:ind w:right="42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приобретение и усвоение знаний о нормах общественной морали и нравственности как основополагающих элементах духовной культуры современного общества;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144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развитие представлений о значении духовно-нравственных ценностей и нравственных норм для достойной жизни личности, семьи, общества, ответственного отношения к будущему отцовству и материнству;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288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становление компетенций межкультурного взаимодействия как способности и готовности вести межличностный, межкультурный, межконфессиональный диалог при осознании и сохранении собственной культурной идентичности;</w:t>
      </w:r>
    </w:p>
    <w:p w:rsidR="00A5010B" w:rsidRPr="00085D55" w:rsidRDefault="00A666AA" w:rsidP="002270A0">
      <w:pPr>
        <w:autoSpaceDE w:val="0"/>
        <w:autoSpaceDN w:val="0"/>
        <w:spacing w:after="0" w:line="0" w:lineRule="atLeast"/>
        <w:ind w:right="42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основ научного мышления обучающихся через систематизацию знаний и представлений, полученных на уроках литературы, истории, изобразительного искусства, музыки;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42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обучение рефлексии собственного поведения и оценке поведения окружающих через развитие навыков обоснованных нравственных суждений, оценок и выводов;</w:t>
      </w:r>
    </w:p>
    <w:p w:rsidR="00A5010B" w:rsidRPr="00085D55" w:rsidRDefault="00A666AA" w:rsidP="005B6AA3">
      <w:pPr>
        <w:tabs>
          <w:tab w:val="left" w:pos="0"/>
        </w:tabs>
        <w:autoSpaceDE w:val="0"/>
        <w:autoSpaceDN w:val="0"/>
        <w:spacing w:after="0" w:line="0" w:lineRule="atLeast"/>
        <w:ind w:right="43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воспитание уважительного и бережного отношения к историческому, религиозному и культурному наследию народов России;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42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содействие осознанному формированию мировоззренческих ориентиров, основанных на приоритете традиционных российских духовно-нравственных ценностей;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144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патриотизма как формы гражданского самосознания через понимание роли личности в истории и культуре, осознание важности социального взаимодействия, гражданской идентичности для процветания общества в целом.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144" w:firstLine="851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Изучение курса «Основы духовно-нравственной культуры народов России» вносит значительный вклад в достижение главных целей основного общего образования, способствуя: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144"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расширению и систематизации знаний и представлений школьников о культуре и духовных традициях народов России, о нравственных ценностях, полученных при изучении основ религиозной культуры и светской этики, окружающего мира, литературного чтения и других предметов начальной школы;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углублению представлений о светской этике, религиозной культуре народов России, их роли в развитии современного общества;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формированию основ морали и нравственности, воплощённых в семейных, этнокультурных и религиозных ценностях, ориентированных на соизмерение своих поступков с нравственными идеалами, на осознание своих обязанностей перед обществом и государством;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851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воспитанию патриотизма; уважения к истории, языку, культурным и религиозным традициям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своего народа и других народов России, толерантному отношению к людям другой культуры, умению принимать и ценить ценности других культур, находить в них общее и особенное, черты, способствующие взаимному обогащению культур;</w:t>
      </w:r>
    </w:p>
    <w:p w:rsidR="00A5010B" w:rsidRPr="00085D55" w:rsidRDefault="00A666AA" w:rsidP="002270A0">
      <w:pPr>
        <w:autoSpaceDE w:val="0"/>
        <w:autoSpaceDN w:val="0"/>
        <w:spacing w:after="0" w:line="0" w:lineRule="atLeast"/>
        <w:ind w:left="420" w:right="-99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пробуждению интереса к культуре других народов, проявлению уважения, способности к сотрудничеству, взаимодействию на основе поиска общих культурных стратегий и идеалов;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осознанию приоритетной значимости духовно-нравственных ценностей, проявляющейся в преобладании этических, интеллектуальных, альтруистических мотивов над потребительскими и эгоистическими;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раскрытию природы духовно-нравственных ценностей российского общества, объединяющих светскость и духовность;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формирование ответственного отношения к учению и труду, </w:t>
      </w:r>
      <w:proofErr w:type="gram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готовности и способности</w:t>
      </w:r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обучающихся к саморазвитию и самообразованию на основе мотивации к обучению и познанию, осознанному выбору ценностных ориентаций, способствующих развитию общества в целом;</w:t>
      </w:r>
    </w:p>
    <w:p w:rsidR="00A5010B" w:rsidRPr="00085D55" w:rsidRDefault="00A666AA" w:rsidP="002270A0">
      <w:pPr>
        <w:autoSpaceDE w:val="0"/>
        <w:autoSpaceDN w:val="0"/>
        <w:spacing w:after="0" w:line="0" w:lineRule="atLeast"/>
        <w:ind w:left="420" w:right="42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получению научных представлений о культуре и её функциях, особенностях взаимодействия с социальными институтами, а, следовательно, способности их применять в анализе и изучении социально-культурных явлений в истории и культуре России и современном обществе, давать нравственные оценки поступков и событий на основе осознания главенствующей роли духовно-нравственных ценностей в социальных и культурно-исторических процессах;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 w:right="28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развитию информационной культуры школьников, компетенций в отборе, использовании и структурировании информации, а также возможностей для активной самостоятельной познавательной деятельности.</w:t>
      </w:r>
    </w:p>
    <w:p w:rsidR="00A5010B" w:rsidRPr="00085D55" w:rsidRDefault="00A666AA" w:rsidP="002270A0">
      <w:pPr>
        <w:autoSpaceDE w:val="0"/>
        <w:autoSpaceDN w:val="0"/>
        <w:spacing w:after="0" w:line="0" w:lineRule="atLeast"/>
        <w:ind w:right="1008"/>
        <w:jc w:val="center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МЕСТО УЧЕБНОГО КУРСА «ОСНОВЫ ДУХОВНО-НРАВСТВЕННОЙ КУЛЬТУРЫ НАРОДОВ РОССИИ» В УЧЕБНОМ ПЛАНЕ</w:t>
      </w:r>
    </w:p>
    <w:p w:rsidR="00A5010B" w:rsidRPr="00085D55" w:rsidRDefault="00A666AA" w:rsidP="002270A0">
      <w:pPr>
        <w:tabs>
          <w:tab w:val="left" w:pos="180"/>
        </w:tabs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Учебный курс "Основы духовно-нравственной культуры народов России" изучается в 5 классе не менее одного часа в неделе, общий объем составляет 34 часа.</w:t>
      </w:r>
    </w:p>
    <w:p w:rsidR="00A5010B" w:rsidRPr="00085D55" w:rsidRDefault="00A666AA" w:rsidP="002270A0">
      <w:pPr>
        <w:autoSpaceDE w:val="0"/>
        <w:autoSpaceDN w:val="0"/>
        <w:spacing w:after="0" w:line="0" w:lineRule="atLeast"/>
        <w:jc w:val="center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СОДЕРЖАНИЕ УЧЕБНОГО КУРСА</w:t>
      </w:r>
    </w:p>
    <w:p w:rsidR="00A5010B" w:rsidRPr="00085D55" w:rsidRDefault="00A666AA" w:rsidP="002270A0">
      <w:pPr>
        <w:autoSpaceDE w:val="0"/>
        <w:autoSpaceDN w:val="0"/>
        <w:spacing w:after="0" w:line="0" w:lineRule="atLeast"/>
        <w:ind w:left="180"/>
        <w:jc w:val="center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1.</w:t>
      </w:r>
    </w:p>
    <w:p w:rsidR="002270A0" w:rsidRDefault="00A666AA" w:rsidP="002270A0">
      <w:pPr>
        <w:autoSpaceDE w:val="0"/>
        <w:autoSpaceDN w:val="0"/>
        <w:spacing w:after="0" w:line="0" w:lineRule="atLeast"/>
        <w:ind w:right="1296"/>
        <w:jc w:val="center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«Россия — наш общий дом»</w:t>
      </w:r>
    </w:p>
    <w:p w:rsidR="00A5010B" w:rsidRPr="002270A0" w:rsidRDefault="00A666AA" w:rsidP="009F36BC">
      <w:pPr>
        <w:autoSpaceDE w:val="0"/>
        <w:autoSpaceDN w:val="0"/>
        <w:spacing w:after="0" w:line="0" w:lineRule="atLeast"/>
        <w:ind w:right="1296" w:firstLine="567"/>
        <w:jc w:val="both"/>
        <w:rPr>
          <w:b/>
          <w:lang w:val="ru-RU"/>
        </w:rPr>
      </w:pPr>
      <w:r w:rsidRPr="002270A0">
        <w:rPr>
          <w:rFonts w:ascii="Times New Roman" w:eastAsia="Times New Roman" w:hAnsi="Times New Roman"/>
          <w:b/>
          <w:color w:val="000000"/>
          <w:sz w:val="24"/>
          <w:lang w:val="ru-RU"/>
        </w:rPr>
        <w:t>Тема 1. Зачем изучать курс «Основы духовно-нравственной культуры народов России»?</w:t>
      </w:r>
    </w:p>
    <w:p w:rsidR="00A5010B" w:rsidRPr="00085D55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Формирование и закрепление гражданского единства. Родина и Отечество. Традиционные ценности и ролевые модели. Традиционная семья. Всеобщий характер морали и нравственности. Русский язык и единое культурное пространство. Риски и угрозы духовно-нравственной культуры народов России. </w:t>
      </w:r>
      <w:r w:rsidRPr="002270A0">
        <w:rPr>
          <w:rFonts w:ascii="Times New Roman" w:eastAsia="Times New Roman" w:hAnsi="Times New Roman"/>
          <w:b/>
          <w:color w:val="000000"/>
          <w:sz w:val="24"/>
          <w:lang w:val="ru-RU"/>
        </w:rPr>
        <w:t>Тема 2. Наш дом — Россия.</w:t>
      </w:r>
    </w:p>
    <w:p w:rsidR="00A5010B" w:rsidRPr="00085D55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right="94" w:firstLine="567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Россия — многонациональная страна. Многонациональный народ Российской Федерации. Россия как общий дом. Дружба народов.</w:t>
      </w:r>
    </w:p>
    <w:p w:rsidR="00A5010B" w:rsidRPr="002270A0" w:rsidRDefault="00A666AA" w:rsidP="009F36BC">
      <w:pPr>
        <w:autoSpaceDE w:val="0"/>
        <w:autoSpaceDN w:val="0"/>
        <w:spacing w:after="0" w:line="0" w:lineRule="atLeast"/>
        <w:ind w:firstLine="567"/>
        <w:jc w:val="both"/>
        <w:rPr>
          <w:b/>
          <w:lang w:val="ru-RU"/>
        </w:rPr>
      </w:pPr>
      <w:r w:rsidRPr="002270A0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Тема 3. Язык и история.</w:t>
      </w:r>
    </w:p>
    <w:p w:rsidR="00A5010B" w:rsidRPr="00085D55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right="94" w:firstLine="567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Что такое язык? Как в языке народа отражается его история? Язык как инструмент культуры. Важность коммуникации между людьми. Языки народов мира, их взаимосвязь.</w:t>
      </w:r>
    </w:p>
    <w:p w:rsidR="00A5010B" w:rsidRPr="002270A0" w:rsidRDefault="00A666AA" w:rsidP="009F36BC">
      <w:pPr>
        <w:autoSpaceDE w:val="0"/>
        <w:autoSpaceDN w:val="0"/>
        <w:spacing w:after="0" w:line="0" w:lineRule="atLeast"/>
        <w:ind w:firstLine="567"/>
        <w:jc w:val="both"/>
        <w:rPr>
          <w:b/>
          <w:lang w:val="ru-RU"/>
        </w:rPr>
      </w:pPr>
      <w:r w:rsidRPr="002270A0">
        <w:rPr>
          <w:rFonts w:ascii="Times New Roman" w:eastAsia="Times New Roman" w:hAnsi="Times New Roman"/>
          <w:b/>
          <w:color w:val="000000"/>
          <w:sz w:val="24"/>
          <w:lang w:val="ru-RU"/>
        </w:rPr>
        <w:t>Тема 4. Русский язык — язык общения и язык возможностей.</w:t>
      </w:r>
    </w:p>
    <w:p w:rsidR="00A5010B" w:rsidRPr="00085D55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Русский язык — основа российской культуры. Как складывался русский язык: вклад народов России в его развитие. Русский язык как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культурообразующий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проект и язык межнационального общения.</w:t>
      </w:r>
    </w:p>
    <w:p w:rsidR="009F36BC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right="94" w:firstLine="567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Важность общего языка для всех народов России. Возможно</w:t>
      </w:r>
      <w:r w:rsidR="009F36BC">
        <w:rPr>
          <w:rFonts w:ascii="Times New Roman" w:eastAsia="Times New Roman" w:hAnsi="Times New Roman"/>
          <w:color w:val="000000"/>
          <w:sz w:val="24"/>
          <w:lang w:val="ru-RU"/>
        </w:rPr>
        <w:t>сти, которые даёт русский язык.</w:t>
      </w:r>
    </w:p>
    <w:p w:rsidR="00A5010B" w:rsidRPr="00085D55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right="94" w:firstLine="567"/>
        <w:jc w:val="both"/>
        <w:rPr>
          <w:lang w:val="ru-RU"/>
        </w:rPr>
      </w:pPr>
      <w:r w:rsidRPr="002270A0">
        <w:rPr>
          <w:rFonts w:ascii="Times New Roman" w:eastAsia="Times New Roman" w:hAnsi="Times New Roman"/>
          <w:b/>
          <w:color w:val="000000"/>
          <w:sz w:val="24"/>
          <w:lang w:val="ru-RU"/>
        </w:rPr>
        <w:t>Тема 5. Истоки родной культуры.</w:t>
      </w:r>
    </w:p>
    <w:p w:rsidR="00A5010B" w:rsidRPr="00085D55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firstLine="567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Что такое культура. Культура и природа. Роль культуры в жизни общества. Многообразие культур и его причины. Единство культурного пространства России.</w:t>
      </w:r>
    </w:p>
    <w:p w:rsidR="00A5010B" w:rsidRPr="002270A0" w:rsidRDefault="00A666AA" w:rsidP="009F36BC">
      <w:pPr>
        <w:autoSpaceDE w:val="0"/>
        <w:autoSpaceDN w:val="0"/>
        <w:spacing w:after="0" w:line="0" w:lineRule="atLeast"/>
        <w:ind w:firstLine="567"/>
        <w:jc w:val="both"/>
        <w:rPr>
          <w:b/>
          <w:lang w:val="ru-RU"/>
        </w:rPr>
      </w:pPr>
      <w:r w:rsidRPr="002270A0">
        <w:rPr>
          <w:rFonts w:ascii="Times New Roman" w:eastAsia="Times New Roman" w:hAnsi="Times New Roman"/>
          <w:b/>
          <w:color w:val="000000"/>
          <w:sz w:val="24"/>
          <w:lang w:val="ru-RU"/>
        </w:rPr>
        <w:t>Тема 6. Материальная культура.</w:t>
      </w:r>
    </w:p>
    <w:p w:rsidR="00A5010B" w:rsidRPr="00085D55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right="1440" w:firstLine="567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Материальная культура: архитектура, одежда, пища, транспорт, техника. Связь между материальной культурой и духовно-нравственными ценностями общества.</w:t>
      </w:r>
    </w:p>
    <w:p w:rsidR="00A5010B" w:rsidRPr="009F36BC" w:rsidRDefault="00A666AA" w:rsidP="009F36BC">
      <w:pPr>
        <w:autoSpaceDE w:val="0"/>
        <w:autoSpaceDN w:val="0"/>
        <w:spacing w:after="0" w:line="0" w:lineRule="atLeast"/>
        <w:ind w:firstLine="567"/>
        <w:jc w:val="both"/>
        <w:rPr>
          <w:b/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7. Духовная культура.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firstLine="567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Духовно-нравственная культура. Искусство, наука, духовность. Мораль, нравственность, ценности.</w:t>
      </w:r>
    </w:p>
    <w:p w:rsidR="009F36BC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right="432" w:firstLine="567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Художественное осмысление мира. Символ и знак. Духовная культура как реализация ценностей. </w:t>
      </w:r>
    </w:p>
    <w:p w:rsidR="00A5010B" w:rsidRPr="00085D55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right="432" w:firstLine="567"/>
        <w:jc w:val="both"/>
        <w:rPr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8. Культура и религия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firstLine="567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Религия и культура. Что такое религия, её роль в жизни общества и человека.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firstLine="567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Государствообразующие религии России. Единство ценностей в религиях России.</w:t>
      </w:r>
    </w:p>
    <w:p w:rsidR="00A5010B" w:rsidRPr="009F36BC" w:rsidRDefault="00A666AA" w:rsidP="009F36BC">
      <w:pPr>
        <w:autoSpaceDE w:val="0"/>
        <w:autoSpaceDN w:val="0"/>
        <w:spacing w:after="0" w:line="0" w:lineRule="atLeast"/>
        <w:ind w:firstLine="567"/>
        <w:jc w:val="both"/>
        <w:rPr>
          <w:b/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9. Культура и образование.</w:t>
      </w:r>
    </w:p>
    <w:p w:rsidR="00A5010B" w:rsidRPr="00085D55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right="56" w:firstLine="567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Зачем нужно учиться? Культура как способ получения нужных знаний. Образование как ключ к социализации и духовно-нравственному развитию человека.</w:t>
      </w:r>
    </w:p>
    <w:p w:rsidR="00A5010B" w:rsidRPr="009F36BC" w:rsidRDefault="00A666AA" w:rsidP="009F36BC">
      <w:pPr>
        <w:autoSpaceDE w:val="0"/>
        <w:autoSpaceDN w:val="0"/>
        <w:spacing w:after="0" w:line="0" w:lineRule="atLeast"/>
        <w:ind w:firstLine="567"/>
        <w:jc w:val="both"/>
        <w:rPr>
          <w:b/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10. Многообразие культур России (практическое занятие).</w:t>
      </w:r>
    </w:p>
    <w:p w:rsidR="00A5010B" w:rsidRPr="00085D55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right="56" w:firstLine="567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Единство культур народов России. Что значит быть культурным человеком? Знание о культуре народов России.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left="180"/>
        <w:jc w:val="center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2.</w:t>
      </w:r>
    </w:p>
    <w:p w:rsidR="009F36BC" w:rsidRDefault="00A666AA" w:rsidP="009F36BC">
      <w:pPr>
        <w:autoSpaceDE w:val="0"/>
        <w:autoSpaceDN w:val="0"/>
        <w:spacing w:after="0" w:line="0" w:lineRule="atLeast"/>
        <w:ind w:left="180" w:right="9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«Семья и духовно-нравственные ценности»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left="180" w:right="94"/>
        <w:jc w:val="both"/>
        <w:rPr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11. Семья — хранитель духовных ценностей.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288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Семья — базовый элемент общества. Семейные ценности, традиции и культура. Помощь сиротам как духовно-нравственный долг человека.</w:t>
      </w:r>
    </w:p>
    <w:p w:rsidR="00A5010B" w:rsidRPr="009F36BC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b/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12. Родина начинается с семьи.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История семьи как часть истории народа, государства, человечества. Как связаны Родина и семья? Что такое Родина и Отечество?</w:t>
      </w:r>
    </w:p>
    <w:p w:rsidR="00A5010B" w:rsidRPr="009F36BC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b/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13. Традиции семейного воспитания в России.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Семейные традиции народов России. Межнациональные семьи. Семейное воспитание как</w:t>
      </w:r>
      <w:r w:rsidR="009F36B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трансляция ценностей.</w:t>
      </w:r>
    </w:p>
    <w:p w:rsidR="00A5010B" w:rsidRPr="009F36BC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b/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14. Образ семьи в культуре народов России.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576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Произведения устного поэтического творчества (сказки, поговорки и т.д.) о семье и семейных обязанностях. Семья в литературе и произведениях разных видов искусства.</w:t>
      </w:r>
    </w:p>
    <w:p w:rsidR="00A5010B" w:rsidRPr="009F36BC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b/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15. Труд в истории семьи.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Социальные роли в истории семьи. Роль домашнего труда. Роль нравственных норм в благополучии семьи.</w:t>
      </w:r>
    </w:p>
    <w:p w:rsidR="00A5010B" w:rsidRPr="009F36BC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b/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16. Семья в современном мире (практическое занятие).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Рассказ о своей семье (с использованием фотографий, книг, писем и др.). Семейное древо.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Семейные традиции.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3.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 w:right="532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«Духовно-нравственное богатство личности»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17. Личность — общество — культура.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864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Что делает человека человеком? Почему человек не может жить вне общества. Связь между обществом и культурой как реализация духовно-нравственных ценностей.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18. Духовный мир человека. Человек — творец культуры.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lang w:val="ru-RU"/>
        </w:rPr>
        <w:lastRenderedPageBreak/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Культура как духовный мир человека. Мораль. Нравственность. Патриотизм. Реализация ценностей в культуре. Творчество: что это такое? Границы творчества. Традиции и новации в культуре. Границы культур. Созидательный труд. Важность труда как творческой деятельности, как реализации.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19. Личность и духовно-нравственные ценности.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432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Мораль и нравственность в жизни человека. Взаимопомощь, сострадание, милосердие, любовь, дружба, коллективизм, патриотизм, любовь к близким.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 w:right="3312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4. «Культурное единство России»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20. Историческая память как духовно-нравственная ценность.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144" w:firstLine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Что такое история и почему она важна? История семьи — часть истории народа, государства, человечества. Важность исторической памяти, недопустимость её фальсификации. Преемственность поколений.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21. Литература как язык культуры.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Литература как художественное осмысление действительности. От сказки к роману. Зачем нужны литературные произведения? Внутренний мир человека и его духовность.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22. Взаимовлияние культур.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432" w:firstLine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Взаимодействие культур.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Межпоколенная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и межкультурная трансляция. Обмен ценностными установками и идеями. Примеры межкультурной коммуникации как способ формирования общих духовно-нравственных ценностей.</w:t>
      </w:r>
    </w:p>
    <w:p w:rsidR="00A5010B" w:rsidRPr="009F36BC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b/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23. Духовно-нравственные ценности российского народа.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144" w:firstLine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справедливость, коллективизм, взаимопомощь, историческая память и преемственность поколений, единство народов России.</w:t>
      </w:r>
    </w:p>
    <w:p w:rsidR="00A5010B" w:rsidRPr="009F36BC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b/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24. Регионы России: культурное многообразие.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Исторические и социальные причины культурного разнообразия. Каждый регион уникален. Малая Родина — часть общего Отечества.</w:t>
      </w:r>
    </w:p>
    <w:p w:rsidR="00A5010B" w:rsidRPr="009F36BC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b/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>Тема 25. Праздники в культуре народов России.</w:t>
      </w:r>
    </w:p>
    <w:p w:rsidR="00A5010B" w:rsidRPr="00085D55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right="864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Что такое праздник? Почему праздники важны. Праздничные традиции в России. Народные праздники как память культуры, как воплощение духовно-нравственных идеалов.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26. Памятники архитектуры в культуре народов России.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Памятники как часть культуры: исторические, художественные, архитектурные. Культура как память. Музеи. Храмы. Дворцы. Исторические здания как свидетели истории. Архитектура и духовно-нравственные ценности народов России.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27. Музыкальная культура народов России.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Музыка. Музыкальные произведения. Музыка как форма выражения эмоциональных связей между людьми. Народные инструменты. История народа в его музыке и инструментах.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28. Изобразительное искусство народов России.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144" w:firstLine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Художественная реальность. Скульптура: от религиозных сюжетов к современному искусству. Храмовые росписи и фольклорные орнаменты. Живопись, графика. Выдающиеся художники разных народов России.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29. Фольклор и литература народов России.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288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Пословицы и поговорки. Эпос и сказка. Фольклор как отражение истории народа и его ценностей, морали и нравственности. Национальная литература. Богатство культуры народа в его литературе.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30. Бытовые традиции народов России: пища, одежда, дом (</w:t>
      </w:r>
      <w:r w:rsidRPr="00085D55">
        <w:rPr>
          <w:rFonts w:ascii="Times New Roman" w:eastAsia="Times New Roman" w:hAnsi="Times New Roman"/>
          <w:i/>
          <w:color w:val="000000"/>
          <w:sz w:val="24"/>
          <w:lang w:val="ru-RU"/>
        </w:rPr>
        <w:t>практическое занятие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).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1440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Рассказ о бытовых традициях своей семьи, народа, региона. Доклад с использованием разнообразного зрительного ряда и других источников.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31. Культурная карта России (</w:t>
      </w:r>
      <w:r w:rsidRPr="00085D55">
        <w:rPr>
          <w:rFonts w:ascii="Times New Roman" w:eastAsia="Times New Roman" w:hAnsi="Times New Roman"/>
          <w:i/>
          <w:color w:val="000000"/>
          <w:sz w:val="24"/>
          <w:lang w:val="ru-RU"/>
        </w:rPr>
        <w:t>практическое занятие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).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288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География культур России. Россия как культурная карта. Описание регионов в соответствии с их особенностями.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32. Единство страны — залог будущего России.</w:t>
      </w:r>
      <w:r w:rsidR="009F36B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Россия — единая страна. Русский мир. Общая история, сходство культурных традиций, единые духовно-нравственные ценности народов России.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lastRenderedPageBreak/>
        <w:t>Личностные результаты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144" w:firstLine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Планируемые результаты освоения курса представляют собой систему ведущих целевых установок и ожидаемых результатов освоения всех компонентов, составляющих содержательную основу образовательной программы.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1008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Личностные результаты освоения курса достигаются в единстве учебной и воспитательной деятельности.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right="94" w:firstLine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i/>
          <w:color w:val="000000"/>
          <w:sz w:val="24"/>
          <w:lang w:val="ru-RU"/>
        </w:rPr>
        <w:t>Личностные результаты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освоения курса включают осознание российской гражданской идентичности; готовность обучающихся к саморазвитию, самостоятельности и личностному самоопределению; ценность самостоятельности и инициативы; наличие мотивации к целенаправленной социально значимой деятельности;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9F36BC" w:rsidRPr="009F36BC" w:rsidRDefault="00A666AA" w:rsidP="009F36BC">
      <w:pPr>
        <w:pStyle w:val="ae"/>
        <w:numPr>
          <w:ilvl w:val="0"/>
          <w:numId w:val="10"/>
        </w:numPr>
        <w:tabs>
          <w:tab w:val="left" w:pos="180"/>
        </w:tabs>
        <w:autoSpaceDE w:val="0"/>
        <w:autoSpaceDN w:val="0"/>
        <w:spacing w:after="0" w:line="0" w:lineRule="atLeast"/>
        <w:ind w:right="576"/>
        <w:jc w:val="both"/>
        <w:rPr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Патриотическое воспитание </w:t>
      </w:r>
    </w:p>
    <w:p w:rsidR="00A5010B" w:rsidRPr="009F36BC" w:rsidRDefault="00A666AA" w:rsidP="009F36BC">
      <w:pPr>
        <w:pStyle w:val="ae"/>
        <w:tabs>
          <w:tab w:val="left" w:pos="180"/>
        </w:tabs>
        <w:autoSpaceDE w:val="0"/>
        <w:autoSpaceDN w:val="0"/>
        <w:spacing w:after="0" w:line="0" w:lineRule="atLeast"/>
        <w:ind w:left="540" w:right="94"/>
        <w:jc w:val="both"/>
        <w:rPr>
          <w:lang w:val="ru-RU"/>
        </w:rPr>
      </w:pPr>
      <w:r w:rsidRPr="009F36BC">
        <w:rPr>
          <w:rFonts w:ascii="Times New Roman" w:eastAsia="Times New Roman" w:hAnsi="Times New Roman"/>
          <w:color w:val="000000"/>
          <w:sz w:val="24"/>
          <w:lang w:val="ru-RU"/>
        </w:rPr>
        <w:t xml:space="preserve">Самоопределение (личностное, профессиональное, жизненное): </w:t>
      </w:r>
      <w:proofErr w:type="spellStart"/>
      <w:r w:rsidRPr="009F36BC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9F36BC">
        <w:rPr>
          <w:rFonts w:ascii="Times New Roman" w:eastAsia="Times New Roman" w:hAnsi="Times New Roman"/>
          <w:color w:val="000000"/>
          <w:sz w:val="24"/>
          <w:lang w:val="ru-RU"/>
        </w:rPr>
        <w:t xml:space="preserve"> российской гражданской идентичности: патриотизма, уважения к Отечеству, прошлому и настоящему многонационального народа России через представления об исторической роли культур народов России, традиционных религий, духовно-нравственных ценностей в становлении российской государственности.</w:t>
      </w:r>
    </w:p>
    <w:p w:rsidR="009F36BC" w:rsidRDefault="00A666AA" w:rsidP="009F36BC">
      <w:pPr>
        <w:pStyle w:val="ae"/>
        <w:numPr>
          <w:ilvl w:val="0"/>
          <w:numId w:val="10"/>
        </w:numPr>
        <w:tabs>
          <w:tab w:val="left" w:pos="18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9F36BC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Гражданское воспитание </w:t>
      </w:r>
    </w:p>
    <w:p w:rsidR="00A5010B" w:rsidRPr="009F36BC" w:rsidRDefault="00A666AA" w:rsidP="009F36BC">
      <w:pPr>
        <w:pStyle w:val="ae"/>
        <w:tabs>
          <w:tab w:val="left" w:pos="180"/>
        </w:tabs>
        <w:autoSpaceDE w:val="0"/>
        <w:autoSpaceDN w:val="0"/>
        <w:spacing w:after="0" w:line="0" w:lineRule="atLeast"/>
        <w:ind w:left="540"/>
        <w:jc w:val="both"/>
        <w:rPr>
          <w:lang w:val="ru-RU"/>
        </w:rPr>
      </w:pPr>
      <w:r w:rsidRPr="009F36BC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Осознанность своей гражданской идентичности через знание истории, языка, культуры своего народа, своего края, основ культурного наследия народов России и человечества и знание основных норм морали, нравственных и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proofErr w:type="spellStart"/>
      <w:r w:rsidRPr="009F36BC">
        <w:rPr>
          <w:rFonts w:ascii="Times New Roman" w:eastAsia="Times New Roman" w:hAnsi="Times New Roman"/>
          <w:color w:val="000000"/>
          <w:sz w:val="24"/>
          <w:lang w:val="ru-RU"/>
        </w:rPr>
        <w:t>потребительстве</w:t>
      </w:r>
      <w:proofErr w:type="spellEnd"/>
      <w:r w:rsidRPr="009F36BC">
        <w:rPr>
          <w:rFonts w:ascii="Times New Roman" w:eastAsia="Times New Roman" w:hAnsi="Times New Roman"/>
          <w:color w:val="000000"/>
          <w:sz w:val="24"/>
          <w:lang w:val="ru-RU"/>
        </w:rPr>
        <w:t xml:space="preserve">; </w:t>
      </w:r>
      <w:proofErr w:type="spellStart"/>
      <w:r w:rsidRPr="009F36BC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9F36BC">
        <w:rPr>
          <w:rFonts w:ascii="Times New Roman" w:eastAsia="Times New Roman" w:hAnsi="Times New Roman"/>
          <w:color w:val="000000"/>
          <w:sz w:val="24"/>
          <w:lang w:val="ru-RU"/>
        </w:rPr>
        <w:t xml:space="preserve"> понимания и принятия гуманистических, демократических и традиционных ценностей многонационального российского общества с помощью воспитания способности к духовному развитию, нравственному самосовершенствованию; воспитание</w:t>
      </w:r>
      <w:r w:rsidR="009F36BC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9F36BC">
        <w:rPr>
          <w:rFonts w:ascii="Times New Roman" w:eastAsia="Times New Roman" w:hAnsi="Times New Roman"/>
          <w:color w:val="000000"/>
          <w:sz w:val="24"/>
          <w:lang w:val="ru-RU"/>
        </w:rPr>
        <w:t>веротерпимости, уважительного отношения к религиозным чувствам, взглядам людей или их отсутствию.</w:t>
      </w:r>
    </w:p>
    <w:p w:rsidR="00A5010B" w:rsidRPr="00085D55" w:rsidRDefault="00A666AA" w:rsidP="005B6AA3">
      <w:pPr>
        <w:tabs>
          <w:tab w:val="left" w:pos="180"/>
        </w:tabs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3. Ценности познавательной деятельности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</w:r>
    </w:p>
    <w:p w:rsidR="00A5010B" w:rsidRPr="00085D55" w:rsidRDefault="00A666AA" w:rsidP="009F36BC">
      <w:pPr>
        <w:tabs>
          <w:tab w:val="left" w:pos="0"/>
        </w:tabs>
        <w:autoSpaceDE w:val="0"/>
        <w:autoSpaceDN w:val="0"/>
        <w:spacing w:after="0" w:line="0" w:lineRule="atLeast"/>
        <w:ind w:right="42" w:firstLine="180"/>
        <w:jc w:val="both"/>
        <w:rPr>
          <w:lang w:val="ru-RU"/>
        </w:rPr>
      </w:pPr>
      <w:proofErr w:type="spellStart"/>
      <w:r w:rsidRPr="00085D55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Смыслообразование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: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ответственного отношения к учению,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развитию, нравственному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самосовершенствованию; воспитание веротерпимости, уважительного отношения к религиозным чувствам, взглядам людей или их отсутствию.</w:t>
      </w:r>
    </w:p>
    <w:p w:rsidR="009F36BC" w:rsidRDefault="00A666AA" w:rsidP="009F36BC">
      <w:pPr>
        <w:tabs>
          <w:tab w:val="left" w:pos="180"/>
        </w:tabs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4. Духовно-нравственное воспитание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родного края, России и народов мира; освоение социальных норм, правил поведения, ролей и форм социальной жизни в группах и сообществах, включая взрослые и социальные сообщества; </w:t>
      </w:r>
      <w:r w:rsidR="009F36BC">
        <w:rPr>
          <w:lang w:val="ru-RU"/>
        </w:rPr>
        <w:br/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сформированность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нравственной рефлексии и компетентности в решении моральных проблем на основе личностного выбора, нравственных чувств и нравственного поведения, осознанного и</w:t>
      </w:r>
    </w:p>
    <w:p w:rsidR="009F36BC" w:rsidRDefault="009F36BC" w:rsidP="009F36BC">
      <w:pPr>
        <w:tabs>
          <w:tab w:val="left" w:pos="180"/>
        </w:tabs>
        <w:autoSpaceDE w:val="0"/>
        <w:autoSpaceDN w:val="0"/>
        <w:spacing w:after="0" w:line="0" w:lineRule="atLeast"/>
        <w:ind w:right="288"/>
        <w:jc w:val="both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о</w:t>
      </w:r>
      <w:r w:rsidR="00A666AA"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тветственного отношения к собственным поступкам; </w:t>
      </w:r>
    </w:p>
    <w:p w:rsidR="00A5010B" w:rsidRPr="00085D55" w:rsidRDefault="00A666AA" w:rsidP="009F36BC">
      <w:pPr>
        <w:tabs>
          <w:tab w:val="left" w:pos="180"/>
          <w:tab w:val="left" w:pos="10206"/>
        </w:tabs>
        <w:autoSpaceDE w:val="0"/>
        <w:autoSpaceDN w:val="0"/>
        <w:spacing w:after="0" w:line="0" w:lineRule="atLeast"/>
        <w:ind w:right="28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осознание значения семьи в жизни человека и общества; принятие ценности семейной жизни; уважительное и заботливое отношение к членам своей семьи через знание основных норм морали, нравственных, духовных идеалов, хранимых в культурных традициях народов России; готовность на их основе к сознательному самоограничению в поступках, поведении, расточительном потреблении.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proofErr w:type="spellStart"/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</w:t>
      </w:r>
      <w:proofErr w:type="spellEnd"/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результаты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right="144" w:firstLine="180"/>
        <w:jc w:val="both"/>
        <w:rPr>
          <w:lang w:val="ru-RU"/>
        </w:rPr>
      </w:pP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Метапредметные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результаты освоения курса включают освоение обучающимися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межпредметных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понятий (используются в нескольких предметных областях) и универсальные учебные действия (познавательные, коммуникативные, регулятивные); способность их использовать в учебной, познавательной и социальной практике; готовность к самостоятельному планированию и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осуществлению учебной деятельности и организации учебного сотрудничества с педагогом и сверстниками, к участию в построении индивидуальной образовательной траектории; овладение 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навыками работы с информацией: восприятие и создание информационных текстов в различных форматах, в том числе цифровых, с учётом назначения информации и её аудитории.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 w:right="388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1. Познавательные универсальные учебные действия 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Познавательные универсальные учебные действия включают:</w:t>
      </w:r>
    </w:p>
    <w:p w:rsidR="00A5010B" w:rsidRPr="00085D55" w:rsidRDefault="00A666AA" w:rsidP="009F36BC">
      <w:pPr>
        <w:tabs>
          <w:tab w:val="left" w:pos="0"/>
        </w:tabs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умение определять понятия, создавать обобщения, устанавливать аналогии,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 (логические УУД);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 w:right="7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умение создавать, применять и преобразовывать знаки и символы, модели и схемы для решения учебных и познавательных задач (знаково- символические / моделирование);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смысловое чтение;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left="420" w:right="-22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развитие мотивации к овладению культурой активного использования словарей и других поисковых систем.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 w:right="360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2. Коммуникативные универсальные учебные действия 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Коммуникативные универсальные учебные действия включают: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 (учебное сотрудничество);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деятельности; владение устной и письменной речью, монологической контекстной речью (коммуникация);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 w:right="86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и развитие компетентности в области использования информационно-коммуникационных технологий (ИКТ-компетентность).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 w:right="41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3. Регулятивные универсальные учебные действия 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Регулятивные универсальные учебные действия включают: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left="420"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умение самостоятельно определять цели обучения, ставить и формулировать для себя новые задачи в учёбе и познавательной деятельности, развивать мотивы и интересы своей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познавательной деятельности (целеполагание);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 (планирование);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</w:t>
      </w:r>
      <w:proofErr w:type="gram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ситуацией(</w:t>
      </w:r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контроль и коррекция);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умение оценивать правильность выполнения учебной задачи, собственные возможности её решения (оценка);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 w:right="28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владение основами самоконтроля, самооценки, принятия решений и осуществления осознанного выбора в учебной и познавательной (познавательная рефлексия,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саморегуляция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) деятельности.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firstLine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Предметные результаты освоения курса включают освоение научных знаний, умений и способов действий, специфических для соответствующей предметной области; предпосылки научного типа мышления; виды деятельности по получению нового знания, его интерпретации, преобразованию и применению в различных учебных ситуациях, в том числе при создании проектов.</w:t>
      </w:r>
    </w:p>
    <w:p w:rsidR="009F36BC" w:rsidRDefault="00A666AA" w:rsidP="005B6AA3">
      <w:pPr>
        <w:autoSpaceDE w:val="0"/>
        <w:autoSpaceDN w:val="0"/>
        <w:spacing w:after="0" w:line="0" w:lineRule="atLeast"/>
        <w:ind w:left="180" w:right="100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1. «Россия — наш общий дом»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 w:right="100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1. Зачем изучать курс «Основы духовно-нравственной культуры народов России»?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цель и предназначение курса «Основы духовно-нравственной культуры народов России», понимать важность изучения культуры и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гражданствообразующих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религий для формирования личности гражданина России;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содержании данного курса, в том числе о понятиях «мораль и нравственность», «семья», «традиционные ценности», об угрозах духовно-нравственному единству страны;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 w:right="7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понимать взаимосвязь между языком и культурой, духовно-нравственным развитием личности и социальным поведением.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2. Наш дом — Россия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 w:right="28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об историческом пути формирования многонационального состава населения Российской Федерации, его мирном характере и причинах его формирования;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 w:right="86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о современном состоянии культурного и религиозного разнообразия народов Российской Федерации, причинах культурных различий;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4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необходимость межнационального и межрелигиозного сотрудничества и взаимодействия, важность сотрудничества и дружбы между народами и нациями, обосновывать их необходимость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8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3. Язык и история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left="420" w:right="14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понимать, что такое язык, каковы важность его изучения и влияние на миропонимание личности;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432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базовые представления о формировании языка как носителя духовно-нравственных смыслов культуры;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129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суть и смысл коммуникативной роли языка, в том числе в организации межкультурного диалога и взаимодействия;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7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своё понимание необходимости нравственной чистоты языка, важности лингвистической гигиены, речевого этикета.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4. Русский язык — язык общения и язык возможностей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базовые представления о происхождении и развитии русского языка, его взаимосвязи с языками других народов России;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и уметь обосновать важность русского языка как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культурообразующего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языка народов России, важность его для существования государства и общества;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144"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понимать, что русский язык — не только важнейший элемент национальной культуры, но и историко-культурное наследие, достояние российского государства, уметь приводить примеры;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нравственных категориях русского языка и их происхождении.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5. Истоки родной культуры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сформированное представление о понятие «культура»;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уметь доказывать взаимосвязь культуры и природы; знать основные формы репрезентации культуры, уметь их различать и соотносить с реальными проявлениями культурного многообразия;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432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уметь выделять общие черты в культуре различных народов, обосновывать их значение и причины.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6. Материальная культура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об артефактах культуры;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базовое представление о традиционных укладах хозяйства: земледелии, скотоводстве, охоте, рыболовстве;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взаимосвязь между хозяйственным укладом и проявлениями духовной культуры;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и объяснять зависимость основных культурных укладов народов России от географии их массового расселения, природных условий и взаимодействия с другими этносами.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7. Духовная культура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таких культурных концептах как «искусство», «наука», «религия»;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432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и давать определения терминам «мораль», «нравственность», «духовные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ценности</w:t>
      </w:r>
      <w:proofErr w:type="gram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»,«</w:t>
      </w:r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духовность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» на доступном для обучающихся уровне осмысления;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смысл и взаимосвязь названных терминов с формами их репрезентации в культуре;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432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значение культурных символов, нравственный и духовный смысл культурных артефактов;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знать, что такое знаки и символы, уметь соотносить их с культурными явлениями, с которыми они связаны.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right="576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8. Культура и религия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right="576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понятии «религия», уметь пояснить её роль в жизни общества и основные социально-культурные функции;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right="576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связь религии и морали;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right="576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роль и значение духовных ценностей в религиях народов России;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576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уметь характеризовать государствообразующие конфессии России и их картины мира.</w:t>
      </w:r>
    </w:p>
    <w:p w:rsidR="009F36BC" w:rsidRDefault="00A666AA" w:rsidP="009F36BC">
      <w:pPr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Тема 9. Культура и образование</w:t>
      </w:r>
    </w:p>
    <w:p w:rsidR="009F36BC" w:rsidRDefault="00A666AA" w:rsidP="009F36BC">
      <w:pPr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Характеризовать термин «образование» и уметь обосновать его важность для личности и общества;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об основных ступенях образования в России и их необходимости;—  понимать взаимосвязь культуры и образованности человека;</w:t>
      </w:r>
    </w:p>
    <w:p w:rsidR="009F36BC" w:rsidRDefault="00A666AA" w:rsidP="009F36BC">
      <w:pPr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приводить примеры взаимосвязи между знанием, образованием и личностным и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профессиональным ростом человека;</w:t>
      </w:r>
    </w:p>
    <w:p w:rsidR="00A5010B" w:rsidRPr="00085D55" w:rsidRDefault="00A666AA" w:rsidP="009F36BC">
      <w:pPr>
        <w:autoSpaceDE w:val="0"/>
        <w:autoSpaceDN w:val="0"/>
        <w:spacing w:after="0" w:line="0" w:lineRule="atLeast"/>
        <w:ind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взаимосвязь между знанием и духовно-нравственным развитием общества, осознавать ценность знания, истины, востребованность процесса познания как получения новых сведений о мире.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10. Многообразие культур России (практическое занятие)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сформированные представления о закономерностях развития культуры и истории народов, их культурных особенностях;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выделять общее и единичное в культуре на основе предметных знаний о культуре своего народа;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предполагать и доказывать наличие взаимосвязи между культурой и духовно-нравственными ценностями на основе местной культурно-исторической специфики;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важность сохранения культурного многообразия как источника духовно-нравственных ценностей, морали и нравственности современного общества.</w:t>
      </w:r>
    </w:p>
    <w:p w:rsidR="009F36BC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2. «Семья и духовно-нравственные ценности»</w:t>
      </w:r>
    </w:p>
    <w:p w:rsidR="009F36BC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11. Семья — хранитель духовных ценностей</w:t>
      </w:r>
    </w:p>
    <w:p w:rsidR="009F36BC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 смысл термина «семья»;</w:t>
      </w:r>
    </w:p>
    <w:p w:rsidR="009F36BC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иметь представление о взаимосвязях между типом культуры и особенностями семейного быта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и отношений в семье;</w:t>
      </w:r>
    </w:p>
    <w:p w:rsidR="009F36BC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осознавать значение термина «поколение» и его взаимосвязь с культурными особенностями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своего времени;</w:t>
      </w:r>
    </w:p>
    <w:p w:rsidR="009F36BC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уметь составить рассказ о своей семье в соответствии с культурно-историческими условиями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её существования;</w:t>
      </w:r>
    </w:p>
    <w:p w:rsidR="009F36BC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и обосновывать такие понятия, как «счастливая семья», «семейное счастье»;</w:t>
      </w:r>
    </w:p>
    <w:p w:rsidR="00A5010B" w:rsidRPr="00085D55" w:rsidRDefault="00A666AA" w:rsidP="009F36BC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уметь доказывать важность семьи как хранителя традиций и её воспитательную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роль;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смысл терминов «сиротство», «социальное сиротство», обосновывать нравственную важность заботы о сиротах, знать о формах помощи сиротам со стороны государства.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right="720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12. Родина начинается с семьи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right="720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понятие «Родина»;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right="720" w:hanging="24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взаимосвязь и различия между концептами «Отечество» и</w:t>
      </w:r>
      <w:r w:rsidR="009F36BC">
        <w:rPr>
          <w:rFonts w:ascii="Times New Roman" w:eastAsia="Times New Roman" w:hAnsi="Times New Roman"/>
          <w:color w:val="000000"/>
          <w:sz w:val="24"/>
          <w:lang w:val="ru-RU"/>
        </w:rPr>
        <w:t xml:space="preserve"> «Родина»;</w:t>
      </w:r>
    </w:p>
    <w:p w:rsidR="009F36BC" w:rsidRDefault="009F36BC" w:rsidP="009F36BC">
      <w:pPr>
        <w:autoSpaceDE w:val="0"/>
        <w:autoSpaceDN w:val="0"/>
        <w:spacing w:after="0" w:line="0" w:lineRule="atLeast"/>
        <w:ind w:left="240" w:right="720" w:hanging="240"/>
        <w:jc w:val="both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—  пони</w:t>
      </w:r>
      <w:r w:rsidR="00A666AA"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мать, что такое история семьи, каковы формы её выражения и </w:t>
      </w:r>
      <w:proofErr w:type="gramStart"/>
      <w:r w:rsidR="00A666AA" w:rsidRPr="00085D55">
        <w:rPr>
          <w:rFonts w:ascii="Times New Roman" w:eastAsia="Times New Roman" w:hAnsi="Times New Roman"/>
          <w:color w:val="000000"/>
          <w:sz w:val="24"/>
          <w:lang w:val="ru-RU"/>
        </w:rPr>
        <w:t>сохранения;—</w:t>
      </w:r>
      <w:proofErr w:type="gramEnd"/>
      <w:r w:rsidR="00A666AA"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 обосновывать и доказывать взаимосвязь истории семьи и истории народа, государства, человечества.</w:t>
      </w:r>
    </w:p>
    <w:p w:rsidR="009F36BC" w:rsidRDefault="00A666AA" w:rsidP="009F36BC">
      <w:pPr>
        <w:autoSpaceDE w:val="0"/>
        <w:autoSpaceDN w:val="0"/>
        <w:spacing w:after="0" w:line="0" w:lineRule="atLeast"/>
        <w:ind w:left="240" w:right="720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13. Традиции семейного воспитания в России</w:t>
      </w:r>
    </w:p>
    <w:p w:rsidR="009F36BC" w:rsidRDefault="00A666AA" w:rsidP="009F36BC">
      <w:pPr>
        <w:autoSpaceDE w:val="0"/>
        <w:autoSpaceDN w:val="0"/>
        <w:spacing w:after="0" w:line="0" w:lineRule="atLeast"/>
        <w:ind w:left="240" w:right="720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семейных традициях и обосновывать их важность как ключевых элементах семейных отношений;</w:t>
      </w:r>
    </w:p>
    <w:p w:rsidR="009F36BC" w:rsidRDefault="00A666AA" w:rsidP="006F370E">
      <w:pPr>
        <w:autoSpaceDE w:val="0"/>
        <w:autoSpaceDN w:val="0"/>
        <w:spacing w:after="0" w:line="0" w:lineRule="atLeast"/>
        <w:ind w:left="240" w:right="138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и понимать взаимосвязь семейных традиций и культуры собственного </w:t>
      </w:r>
      <w:proofErr w:type="gram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этноса;—</w:t>
      </w:r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 уметь рассказывать о семейных традициях своего народа и народов России, собственной семьи;</w:t>
      </w:r>
    </w:p>
    <w:p w:rsidR="00A5010B" w:rsidRPr="00085D55" w:rsidRDefault="00A666AA" w:rsidP="006F370E">
      <w:pPr>
        <w:autoSpaceDE w:val="0"/>
        <w:autoSpaceDN w:val="0"/>
        <w:spacing w:after="0" w:line="0" w:lineRule="atLeast"/>
        <w:ind w:left="240" w:right="-4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роль семейных традиций в культуре общества, трансляции ценностей, духовно-нравственных идеалов.</w:t>
      </w:r>
    </w:p>
    <w:p w:rsidR="009F36BC" w:rsidRDefault="00A666AA" w:rsidP="009F36BC">
      <w:pPr>
        <w:autoSpaceDE w:val="0"/>
        <w:autoSpaceDN w:val="0"/>
        <w:spacing w:after="0" w:line="0" w:lineRule="atLeast"/>
        <w:ind w:right="28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14. Образ семьи в культуре народов России</w:t>
      </w:r>
    </w:p>
    <w:p w:rsidR="00A5010B" w:rsidRPr="00085D55" w:rsidRDefault="00A666AA" w:rsidP="006F370E">
      <w:pPr>
        <w:autoSpaceDE w:val="0"/>
        <w:autoSpaceDN w:val="0"/>
        <w:spacing w:after="0" w:line="0" w:lineRule="atLeast"/>
        <w:ind w:right="-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называть традиционные сказочные и фольклорные сюжеты о семье, семейных обязанностях;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уметь обосновывать своё понимание семейных ценностей, выраженных в фольклорных сюжетах;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 морально-нравственное значение семьи в литературных произведениях, иметь представление о ключевых сюжетах с участием семьи в произведениях художественной культуры;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и обосновывать важность семейных ценностей с использованием различного иллюстративного материала.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right="288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15. Труд в истории семьи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right="288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понимать, что такое семейное хозяйство и домашний труд;</w:t>
      </w:r>
    </w:p>
    <w:p w:rsidR="009F36BC" w:rsidRDefault="00A666AA" w:rsidP="006F370E">
      <w:pPr>
        <w:autoSpaceDE w:val="0"/>
        <w:autoSpaceDN w:val="0"/>
        <w:spacing w:after="0" w:line="0" w:lineRule="atLeast"/>
        <w:ind w:left="240" w:right="-4" w:hanging="240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и уметь объяснять специфику семьи как социаль</w:t>
      </w:r>
      <w:r w:rsidR="009F36BC">
        <w:rPr>
          <w:rFonts w:ascii="Times New Roman" w:eastAsia="Times New Roman" w:hAnsi="Times New Roman"/>
          <w:color w:val="000000"/>
          <w:sz w:val="24"/>
          <w:lang w:val="ru-RU"/>
        </w:rPr>
        <w:t>ного института, характеризовать</w:t>
      </w:r>
    </w:p>
    <w:p w:rsidR="009F36BC" w:rsidRDefault="00A666AA" w:rsidP="005B6AA3">
      <w:pPr>
        <w:autoSpaceDE w:val="0"/>
        <w:autoSpaceDN w:val="0"/>
        <w:spacing w:after="0" w:line="0" w:lineRule="atLeast"/>
        <w:ind w:left="240" w:right="288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роль домашнего труда и распределение экономических функций в семье;</w:t>
      </w:r>
    </w:p>
    <w:p w:rsidR="009F36BC" w:rsidRDefault="00A666AA" w:rsidP="006F370E">
      <w:pPr>
        <w:tabs>
          <w:tab w:val="left" w:pos="10065"/>
        </w:tabs>
        <w:autoSpaceDE w:val="0"/>
        <w:autoSpaceDN w:val="0"/>
        <w:spacing w:after="0" w:line="0" w:lineRule="atLeast"/>
        <w:ind w:left="240" w:right="138" w:hanging="240"/>
        <w:jc w:val="center"/>
        <w:rPr>
          <w:rFonts w:ascii="Times New Roman" w:eastAsia="Times New Roman" w:hAnsi="Times New Roman"/>
          <w:color w:val="000000"/>
          <w:sz w:val="24"/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оценивать семейный уклад и взаимосвязь с соц</w:t>
      </w:r>
      <w:r w:rsidR="009F36BC">
        <w:rPr>
          <w:rFonts w:ascii="Times New Roman" w:eastAsia="Times New Roman" w:hAnsi="Times New Roman"/>
          <w:color w:val="000000"/>
          <w:sz w:val="24"/>
          <w:lang w:val="ru-RU"/>
        </w:rPr>
        <w:t>иально-экономической структурой</w:t>
      </w:r>
    </w:p>
    <w:p w:rsidR="006F370E" w:rsidRDefault="00A666AA" w:rsidP="005B6AA3">
      <w:pPr>
        <w:autoSpaceDE w:val="0"/>
        <w:autoSpaceDN w:val="0"/>
        <w:spacing w:after="0" w:line="0" w:lineRule="atLeast"/>
        <w:ind w:left="240" w:right="288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общества в форме большой и малой семей;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-4" w:hanging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характеризовать распределение семейного труда и осознавать его важность для укрепления целостности семьи.</w:t>
      </w:r>
    </w:p>
    <w:p w:rsidR="006F370E" w:rsidRDefault="00A666AA" w:rsidP="006F370E">
      <w:pPr>
        <w:tabs>
          <w:tab w:val="left" w:pos="0"/>
        </w:tabs>
        <w:autoSpaceDE w:val="0"/>
        <w:autoSpaceDN w:val="0"/>
        <w:spacing w:after="0" w:line="0" w:lineRule="atLeast"/>
        <w:ind w:right="-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16. Семья в современном мире (</w:t>
      </w:r>
      <w:r w:rsidRPr="00085D55">
        <w:rPr>
          <w:rFonts w:ascii="Times New Roman" w:eastAsia="Times New Roman" w:hAnsi="Times New Roman"/>
          <w:i/>
          <w:color w:val="000000"/>
          <w:sz w:val="24"/>
          <w:lang w:val="ru-RU"/>
        </w:rPr>
        <w:t>практическое занятие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)</w:t>
      </w:r>
    </w:p>
    <w:p w:rsidR="006F370E" w:rsidRDefault="00A666AA" w:rsidP="006F370E">
      <w:pPr>
        <w:tabs>
          <w:tab w:val="left" w:pos="0"/>
        </w:tabs>
        <w:autoSpaceDE w:val="0"/>
        <w:autoSpaceDN w:val="0"/>
        <w:spacing w:after="0" w:line="0" w:lineRule="atLeast"/>
        <w:ind w:right="-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сформированные представления о закономерностях развития семьи в культуре и</w:t>
      </w:r>
      <w:r w:rsidR="006F370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истории народов России, уметь обосновывать данные закономерности на региональных материалах и примерах из жизни собственной семьи;</w:t>
      </w:r>
    </w:p>
    <w:p w:rsidR="006F370E" w:rsidRDefault="00A666AA" w:rsidP="006F370E">
      <w:pPr>
        <w:tabs>
          <w:tab w:val="left" w:pos="0"/>
        </w:tabs>
        <w:autoSpaceDE w:val="0"/>
        <w:autoSpaceDN w:val="0"/>
        <w:spacing w:after="0" w:line="0" w:lineRule="atLeast"/>
        <w:ind w:right="-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выделять особенности духовной культуры семьи в фольклоре и культуре различных народов на основе предметных знаний о культуре своего народа;</w:t>
      </w:r>
    </w:p>
    <w:p w:rsidR="00A5010B" w:rsidRPr="00085D55" w:rsidRDefault="00A666AA" w:rsidP="006F370E">
      <w:pPr>
        <w:tabs>
          <w:tab w:val="left" w:pos="0"/>
        </w:tabs>
        <w:autoSpaceDE w:val="0"/>
        <w:autoSpaceDN w:val="0"/>
        <w:spacing w:after="0" w:line="0" w:lineRule="atLeast"/>
        <w:ind w:right="-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предполагать и доказывать наличие взаимосвязи между культурой и духовно-нравственными ценностями семьи;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важность семьи и семейных традиций для трансляции духовно-нравственных ценностей, морали и нравственности как фактора культурной преемственности.</w:t>
      </w:r>
    </w:p>
    <w:p w:rsidR="006F370E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3. «Духовно-нравственное богатство личности»</w:t>
      </w:r>
    </w:p>
    <w:p w:rsidR="006F370E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17. Личность — общество — культура</w:t>
      </w:r>
    </w:p>
    <w:p w:rsidR="006F370E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 значение термина «человек» в контексте духовно-нравственной культуры;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уметь обосновать взаимосвязь и взаимообусловленность человека и общества, человека и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культуры;</w:t>
      </w:r>
    </w:p>
    <w:p w:rsidR="006F370E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и объяснять различия между обоснованием термина «личность» в быту, в контексте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культуры и творчества;</w:t>
      </w:r>
    </w:p>
    <w:p w:rsidR="006F370E" w:rsidRDefault="00A666AA" w:rsidP="006F370E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знать, что такое гуманизм, иметь представление о его источниках в культуре.</w:t>
      </w:r>
    </w:p>
    <w:p w:rsidR="006F370E" w:rsidRDefault="00A666AA" w:rsidP="006F370E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18. Духовный мир человека. Человек — творец культуры</w:t>
      </w:r>
    </w:p>
    <w:p w:rsidR="006F370E" w:rsidRDefault="00A666AA" w:rsidP="006F370E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значение термина «творчество» в нескольких аспектах и понимать границы их применимости;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доказывать важность морально- нравственных ограничений в творчестве;</w:t>
      </w:r>
    </w:p>
    <w:p w:rsidR="006F370E" w:rsidRDefault="00A666AA" w:rsidP="006F370E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важность творчества как реализацию духовно-нравственных ценностей человека;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доказывать детерминированность творчества культурой своего этноса;</w:t>
      </w:r>
    </w:p>
    <w:p w:rsidR="006F370E" w:rsidRDefault="00A666AA" w:rsidP="006F370E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взаимосвязь труда и творчества.</w:t>
      </w:r>
    </w:p>
    <w:p w:rsidR="006F370E" w:rsidRDefault="00A666AA" w:rsidP="006F370E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19. Личность и духовно-нравственные ценности</w:t>
      </w:r>
    </w:p>
    <w:p w:rsidR="00A5010B" w:rsidRPr="00085D55" w:rsidRDefault="00A666AA" w:rsidP="006F370E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и уметь объяснить значение и роль морали и нравственности в жизни </w:t>
      </w:r>
      <w:proofErr w:type="gram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человека;—</w:t>
      </w:r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 обосновывать происхождение духовных ценностей, понимание идеалов добра и зла;—  понимать и уметь показывать на примерах значение таких ценностей, как «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взаимопомощь»,«сострадание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», «милосердие», «любовь», «дружба», «коллективизм», «патриотизм», «любовь к близким».</w:t>
      </w:r>
    </w:p>
    <w:p w:rsidR="006F370E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Тематический блок 4. «Культурное единство России»</w:t>
      </w:r>
    </w:p>
    <w:p w:rsidR="006F370E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20. Историческая память как духовно-нравственная ценность</w:t>
      </w:r>
    </w:p>
    <w:p w:rsidR="006F370E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и уметь объяснять суть термина «история», знать основные исторические периоды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и уметь выделять их сущностные черты;</w:t>
      </w:r>
    </w:p>
    <w:p w:rsidR="006F370E" w:rsidRDefault="00A666AA" w:rsidP="005B6AA3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значении и функциях изучения истории;</w:t>
      </w:r>
    </w:p>
    <w:p w:rsidR="00A5010B" w:rsidRPr="00085D55" w:rsidRDefault="00A666AA" w:rsidP="006F370E">
      <w:pPr>
        <w:tabs>
          <w:tab w:val="left" w:pos="240"/>
        </w:tabs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историю своей семьи и народа как часть мирового исторического процесса. Знать</w:t>
      </w:r>
      <w:r w:rsidR="006F370E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о существовании связи между историческими событиями и культурой. Обосновывать важность изучения истории как духовно-нравственного долга гражданина и патриота.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21. Литература как язык культуры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 отличия литературы от других видов художественного творчества;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14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рассказывать об особенностях литературного повествования, выделять простые выразительные средства литературного языка;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7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и доказывать важность литературы как культурного явления, как формы трансляции культурных ценностей;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1152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находить и обозначать средства выражения морального и нравственного смысла в литературных произведениях.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22. Взаимовлияние культур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Иметь представление о значении терминов «взаимодействие культур», «культурный </w:t>
      </w:r>
      <w:proofErr w:type="spellStart"/>
      <w:proofErr w:type="gram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обмен»как</w:t>
      </w:r>
      <w:proofErr w:type="spellEnd"/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формах распространения и обогащения духовно-нравственных идеалов общества;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и обосновывать важность сохранения культурного наследия;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знать, что такое глобализация, уметь приводить примеры межкультурной коммуникации как способа формирования общих духовно-нравственных ценностей.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23. Духовно-нравственные ценности российского народа</w:t>
      </w:r>
    </w:p>
    <w:p w:rsidR="00A5010B" w:rsidRPr="00085D55" w:rsidRDefault="00A666AA" w:rsidP="006F370E">
      <w:pPr>
        <w:autoSpaceDE w:val="0"/>
        <w:autoSpaceDN w:val="0"/>
        <w:spacing w:after="0" w:line="0" w:lineRule="atLeast"/>
        <w:ind w:left="240" w:right="5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суть и значение следующих духовно-нравственных ценностей: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взаимопомощь, историческая память и преемственность поколений, единство народов России с опорой на культурные и исторические особенности российского народа: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духовно-нравственные ценности в качестве базовых общегражданских ценностей российского общества и уметь доказывать это.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24. Регионы России: культурное многообразие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принципы федеративного устройства России и концепт «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полиэтничность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»;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100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называть основные этносы Российской Федерации и регионы, где они традиционно проживают;</w:t>
      </w:r>
    </w:p>
    <w:p w:rsidR="00A5010B" w:rsidRPr="00085D55" w:rsidRDefault="00A666AA" w:rsidP="006F370E">
      <w:pPr>
        <w:autoSpaceDE w:val="0"/>
        <w:autoSpaceDN w:val="0"/>
        <w:spacing w:after="0" w:line="0" w:lineRule="atLeast"/>
        <w:ind w:left="240" w:right="5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уметь объяснить значение словосочетаний «многонациональный народ Российской Федерации», «государствообразующий народ», «титульный этнос»;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ценность многообразия культурных укладов народов Российской Федерации;</w:t>
      </w:r>
    </w:p>
    <w:p w:rsidR="00A5010B" w:rsidRPr="00085D55" w:rsidRDefault="00A666AA" w:rsidP="006F370E">
      <w:pPr>
        <w:autoSpaceDE w:val="0"/>
        <w:autoSpaceDN w:val="0"/>
        <w:spacing w:after="0" w:line="0" w:lineRule="atLeast"/>
        <w:ind w:left="240" w:right="5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демонстрировать готовность к сохранению межнационального и межрелигиозного согласия в России;</w:t>
      </w:r>
    </w:p>
    <w:p w:rsidR="00A5010B" w:rsidRPr="00085D55" w:rsidRDefault="00A666AA" w:rsidP="006F370E">
      <w:pPr>
        <w:autoSpaceDE w:val="0"/>
        <w:autoSpaceDN w:val="0"/>
        <w:spacing w:after="0" w:line="0" w:lineRule="atLeast"/>
        <w:ind w:left="240" w:right="5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уметь выделять общие черты в культуре различных народов, обосновывать их значение и причины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25. Праздники в культуре народов России</w:t>
      </w:r>
    </w:p>
    <w:p w:rsidR="006F370E" w:rsidRDefault="00A666AA" w:rsidP="005B6AA3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природе праздников и обосновывать их важность как элементов культуры;</w:t>
      </w:r>
    </w:p>
    <w:p w:rsidR="006F370E" w:rsidRDefault="00A666AA" w:rsidP="005B6AA3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устанавливать взаимосвязь праздников и культурного уклада;</w:t>
      </w:r>
    </w:p>
    <w:p w:rsidR="006F370E" w:rsidRDefault="00A666AA" w:rsidP="005B6AA3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различать основные типы праздников;</w:t>
      </w:r>
    </w:p>
    <w:p w:rsidR="006F370E" w:rsidRDefault="00A666AA" w:rsidP="005B6AA3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уметь рассказывать о праздничных традициях народов России и собственной </w:t>
      </w:r>
      <w:proofErr w:type="gram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семьи;—</w:t>
      </w:r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 анализировать связь праздников и истории, культуры народов России;</w:t>
      </w:r>
    </w:p>
    <w:p w:rsidR="006F370E" w:rsidRDefault="00A666AA" w:rsidP="005B6AA3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основной смысл семейных праздников:</w:t>
      </w:r>
    </w:p>
    <w:p w:rsidR="006F370E" w:rsidRDefault="00A666AA" w:rsidP="005B6AA3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определять нравственный смысл праздников народов России;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значение праздников как элементов культурной памяти народов России, как воплощение духовно-нравственных идеалов.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26. Памятники архитектуры народов России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Знать, что такое архитектура, уметь охарактеризовать основные типы памятников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архитектуры и проследить связь между их структурой и особенностями культуры и этапами исторического развития;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взаимосвязь между типом жилищ и типом хозяйственной деятельности;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уметь охарактеризовать связь между уровнем научно-технического развития и типами жилищ;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осознавать и уметь объяснять взаимосвязь между особенностями архитектуры и духовно-нравственными ценностями народов России;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устанавливать связь между историей памятника и историей края, характеризовать памятники истории и культуры;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иметь представление о нравственном и научном смысле краеведческой работы.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27. Музыкальная культура народов России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и понимать отличия музыки от других видов художественного творчества, рассказывать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об особенностях музыкального повествования, выделять простые выразительные средства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музыкального языка;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обосновывать и доказывать важность музыки как культурного явления, как формы </w:t>
      </w:r>
      <w:r w:rsidRPr="00085D55">
        <w:rPr>
          <w:lang w:val="ru-RU"/>
        </w:rPr>
        <w:br/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трансляции культурных ценностей;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находить и обозначать средства выражения морального и нравственного смысла </w:t>
      </w:r>
      <w:r w:rsidRPr="00085D55">
        <w:rPr>
          <w:lang w:val="ru-RU"/>
        </w:rPr>
        <w:br/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музыкальных произведений;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основные темы музыкального творчества народ</w:t>
      </w:r>
      <w:r w:rsidR="006F370E">
        <w:rPr>
          <w:rFonts w:ascii="Times New Roman" w:eastAsia="Times New Roman" w:hAnsi="Times New Roman"/>
          <w:color w:val="000000"/>
          <w:sz w:val="24"/>
          <w:lang w:val="ru-RU"/>
        </w:rPr>
        <w:t>ов России, народные инструменты.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28. Изобразительное искусство народов России</w:t>
      </w:r>
    </w:p>
    <w:p w:rsid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 xml:space="preserve">—  Знать и понимать отличия изобразительного искусства от других видов художественного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творчества, рассказывать об особенностях и выразительных средствах изобразительного </w:t>
      </w:r>
      <w:r w:rsidRPr="00085D55">
        <w:rPr>
          <w:lang w:val="ru-RU"/>
        </w:rPr>
        <w:tab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искусства;</w:t>
      </w:r>
    </w:p>
    <w:p w:rsidR="00A5010B" w:rsidRPr="006F370E" w:rsidRDefault="00A666AA" w:rsidP="006F370E">
      <w:pPr>
        <w:autoSpaceDE w:val="0"/>
        <w:autoSpaceDN w:val="0"/>
        <w:spacing w:after="0" w:line="0" w:lineRule="atLeast"/>
        <w:ind w:left="240" w:right="576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уметь объяснить, что такое скульптура, живопись, графика, фольклорные орнаменты;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обосновывать и доказывать важность изобразительного искусства как культурного явления, как формы трансляции культурных ценностей;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129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находить и обозначать средства выражения морального и нравственного смысла изобразительного искусства;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основные темы изобразительного искусства народов России.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29. Фольклор и литература народов России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понимать, что такое пословицы и поговорки, обосновывать важность и нужность этих языковых выразительных средств;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и объяснять, что такое эпос, миф, сказка, былина, песня;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7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воспринимать и объяснять на примерах важность понимания фольклора как отражения истории народа и его ценностей, морали и нравственности;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знать, что такое национальная литература и каковы её выразительные средства;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оценивать морально-нравственный потенциал национальной литературы.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30. Бытовые традиции народов России: пища, одежда, дом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28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взаимосвязь между бытом и природными условиями проживания народа на примерах из истории и культуры своего региона;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7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уметь доказывать и отстаивать важность сохранения и развития культурных, духовно-нравственных, семейных и этнических традиций, многообразия культур;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—  уметь оценивать и устанавливать границы и приоритеты взаимодействия между людьми разной этнической, религиозной и гражданской идентичности на доступном для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шестиклассников уровне (с учётом их возрастных особенностей);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14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и уметь показывать на примерах значение таких ценностей, как взаимопомощь, сострадание, милосердие, любовь, дружба, коллективизм, патриотизм, любовь к близким через бытовые традиции народов своего края.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31. Культурная карта России (практическое занятие)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576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отличия культурной географии от физической и политической географии;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понимать, что такое культурная карта народов России;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описывать отдельные области культурной карты в соответствии с их особенностями.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Тема 32. Единство страны — залог будущего России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28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Знать и уметь объяснить значение и роль общих элементов в культуре народов России для обоснования её территориального, политического и экономического единства;</w:t>
      </w:r>
    </w:p>
    <w:p w:rsidR="00A5010B" w:rsidRPr="00085D55" w:rsidRDefault="00A666AA" w:rsidP="005B6AA3">
      <w:pPr>
        <w:autoSpaceDE w:val="0"/>
        <w:autoSpaceDN w:val="0"/>
        <w:spacing w:after="0" w:line="0" w:lineRule="atLeast"/>
        <w:ind w:left="240" w:right="720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—  понимать и доказывать важность и преимущества этого единства перед требованиями национального самоопределения отдельных этносов.</w:t>
      </w:r>
    </w:p>
    <w:p w:rsidR="00A5010B" w:rsidRPr="00085D55" w:rsidRDefault="00A5010B" w:rsidP="005B6AA3">
      <w:pPr>
        <w:jc w:val="both"/>
        <w:rPr>
          <w:lang w:val="ru-RU"/>
        </w:rPr>
        <w:sectPr w:rsidR="00A5010B" w:rsidRPr="00085D55">
          <w:pgSz w:w="11900" w:h="16840"/>
          <w:pgMar w:top="304" w:right="748" w:bottom="998" w:left="846" w:header="720" w:footer="720" w:gutter="0"/>
          <w:cols w:space="720" w:equalWidth="0">
            <w:col w:w="10306" w:space="0"/>
          </w:cols>
          <w:docGrid w:linePitch="360"/>
        </w:sectPr>
      </w:pPr>
    </w:p>
    <w:p w:rsidR="00A5010B" w:rsidRPr="00085D55" w:rsidRDefault="00A5010B" w:rsidP="005B6AA3">
      <w:pPr>
        <w:autoSpaceDE w:val="0"/>
        <w:autoSpaceDN w:val="0"/>
        <w:spacing w:after="64" w:line="220" w:lineRule="exact"/>
        <w:jc w:val="both"/>
        <w:rPr>
          <w:lang w:val="ru-RU"/>
        </w:rPr>
      </w:pPr>
    </w:p>
    <w:p w:rsidR="00A5010B" w:rsidRDefault="00A666AA" w:rsidP="005B6AA3">
      <w:pPr>
        <w:autoSpaceDE w:val="0"/>
        <w:autoSpaceDN w:val="0"/>
        <w:spacing w:after="258" w:line="233" w:lineRule="auto"/>
        <w:jc w:val="both"/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 xml:space="preserve">ТЕМАТИЧЕСКОЕ ПЛАНИРОВАНИЕ 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762"/>
        <w:gridCol w:w="528"/>
        <w:gridCol w:w="1104"/>
        <w:gridCol w:w="1142"/>
        <w:gridCol w:w="864"/>
        <w:gridCol w:w="6040"/>
        <w:gridCol w:w="1080"/>
        <w:gridCol w:w="1514"/>
      </w:tblGrid>
      <w:tr w:rsidR="00A5010B">
        <w:trPr>
          <w:trHeight w:hRule="exact" w:val="348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right="144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п/п</w:t>
            </w:r>
          </w:p>
        </w:tc>
        <w:tc>
          <w:tcPr>
            <w:tcW w:w="2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часов</w:t>
            </w:r>
            <w:proofErr w:type="spellEnd"/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изучения</w:t>
            </w:r>
          </w:p>
        </w:tc>
        <w:tc>
          <w:tcPr>
            <w:tcW w:w="6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Виды деятельности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7" w:lineRule="auto"/>
              <w:ind w:left="72" w:right="288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контроля</w:t>
            </w:r>
          </w:p>
        </w:tc>
        <w:tc>
          <w:tcPr>
            <w:tcW w:w="1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50" w:lineRule="auto"/>
              <w:ind w:left="72" w:right="144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Электронные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(цифровые)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образовательные ресурсы</w:t>
            </w:r>
          </w:p>
        </w:tc>
      </w:tr>
      <w:tr w:rsidR="00A5010B">
        <w:trPr>
          <w:trHeight w:hRule="exact" w:val="576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0B" w:rsidRDefault="00A5010B" w:rsidP="005B6AA3">
            <w:pPr>
              <w:jc w:val="both"/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0B" w:rsidRDefault="00A5010B" w:rsidP="005B6AA3">
            <w:pPr>
              <w:jc w:val="both"/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контрольные работы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практические работы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0B" w:rsidRDefault="00A5010B" w:rsidP="005B6AA3">
            <w:pPr>
              <w:jc w:val="both"/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0B" w:rsidRDefault="00A5010B" w:rsidP="005B6AA3">
            <w:pPr>
              <w:jc w:val="both"/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0B" w:rsidRDefault="00A5010B" w:rsidP="005B6AA3">
            <w:pPr>
              <w:jc w:val="both"/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0B" w:rsidRDefault="00A5010B" w:rsidP="005B6AA3">
            <w:pPr>
              <w:jc w:val="both"/>
            </w:pPr>
          </w:p>
        </w:tc>
      </w:tr>
      <w:tr w:rsidR="00A5010B" w:rsidRPr="00927207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Тематический блок 1. «Россия — наш общий дом»</w:t>
            </w:r>
          </w:p>
        </w:tc>
      </w:tr>
      <w:tr w:rsidR="00A5010B">
        <w:trPr>
          <w:trHeight w:hRule="exact" w:val="926"/>
        </w:trPr>
        <w:tc>
          <w:tcPr>
            <w:tcW w:w="4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1.1.</w:t>
            </w:r>
          </w:p>
        </w:tc>
        <w:tc>
          <w:tcPr>
            <w:tcW w:w="276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0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Зачем изучать курс «Основы духовно-нравственной культуры народов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России»?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01.09.2022</w:t>
            </w:r>
          </w:p>
          <w:p w:rsidR="00C95D08" w:rsidRPr="00C95D08" w:rsidRDefault="00C95D08" w:rsidP="005B6AA3">
            <w:pPr>
              <w:autoSpaceDE w:val="0"/>
              <w:autoSpaceDN w:val="0"/>
              <w:spacing w:before="76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05.09.2022 </w:t>
            </w:r>
          </w:p>
        </w:tc>
        <w:tc>
          <w:tcPr>
            <w:tcW w:w="60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0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формировать представление об особенностях курса «Основы духовно-нравственной культуры народов России»;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слушать и понимать объяснения учителя по теме урока;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вести самостоятельную работу с учебником;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1.2.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Наш дом — Россия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08.09.2022</w:t>
            </w:r>
          </w:p>
          <w:p w:rsidR="00C95D08" w:rsidRPr="00C95D08" w:rsidRDefault="00C95D08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12.09.2022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0" w:lineRule="auto"/>
              <w:ind w:left="72" w:right="576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слушать и понимать объяснения учителя по теме урока;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формировать представление о необходимости и важности межнационального и межрелигиозного сотрудничества, взаимодействия;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1.3.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Язык и история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15.09.2022</w:t>
            </w:r>
          </w:p>
          <w:p w:rsidR="00C95D08" w:rsidRPr="00C95D08" w:rsidRDefault="00C95D08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19.09.2022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2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формировать представления о языке как носителе духовно-нравственных смыслов культуры;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особенности коммуникативной роли языка;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и анализировать выступления одноклассников, отбирать и сравнивать учебный материал по нескольким источникам;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1.4.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5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Русский язык — язык общения и язык возможностей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22.09.2022</w:t>
            </w:r>
          </w:p>
          <w:p w:rsidR="00C95D08" w:rsidRPr="00C95D08" w:rsidRDefault="00C95D08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26.09.2022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7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формировать представление о русском языке как языке межнационального общения; слушать объяснения учителя, стараясь выделить главное;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 наблюдаемые в практике изучения языка явления;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1.5.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Истоки родной культуры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29.09.2022</w:t>
            </w:r>
          </w:p>
          <w:p w:rsidR="00C95D08" w:rsidRPr="00C95D08" w:rsidRDefault="00C95D08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3.10.2022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0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формировать представление о том, что такое культура, об общих чертах в  культуре разных народов;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слушать и понимать объяснения учителя по теме урока;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выполнять задания на понимание и разграничение понятий по теме;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1.6.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Материальная культура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06.10.2022</w:t>
            </w:r>
          </w:p>
          <w:p w:rsidR="00C95D08" w:rsidRPr="00C95D08" w:rsidRDefault="00C95D08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10.10.2022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0" w:lineRule="auto"/>
              <w:ind w:left="72" w:right="720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формировать представление о традиционных укладах жизни разных народов; слушать и анализировать выступления одноклассников;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работать с учебником, анализировать проблемные ситуации;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1.7.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Духовная культура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13.10.2022</w:t>
            </w:r>
          </w:p>
          <w:p w:rsidR="00C95D08" w:rsidRPr="00C95D08" w:rsidRDefault="00C95D08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 17.10.2022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0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формировать представление о духовной культуре разных народов;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взаимосвязь между проявлениями материальной и духовной культуры; выполнять задания на понимание и разграничение понятий по теме;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учиться работать с текстом и зри тельным рядом учебника;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73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1.8.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Культура и религия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20.10.2022</w:t>
            </w:r>
          </w:p>
          <w:p w:rsidR="00C95D08" w:rsidRPr="00C95D08" w:rsidRDefault="00C95D08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24.10.2022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7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формировать представление о понятии «религия», понимать и уметь объяснять, в чём заключается связь культуры и религии;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работать с научно-популярной литературой по теме;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1.9.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Культура и образование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27.10.2022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sz w:val="16"/>
                <w:szCs w:val="16"/>
              </w:rPr>
            </w:pPr>
            <w:r w:rsidRPr="00625009">
              <w:rPr>
                <w:sz w:val="16"/>
                <w:szCs w:val="16"/>
              </w:rPr>
              <w:t>24.10.2022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0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смысл понятия «образование», уметь объяснять важность и необходимость образования для общества;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отбирать и сравнивать учебные материалы по теме;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1.10.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45" w:lineRule="auto"/>
              <w:ind w:left="72" w:right="576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Многообразие культур России (</w:t>
            </w:r>
            <w:r w:rsidRPr="00085D55">
              <w:rPr>
                <w:rFonts w:ascii="Times New Roman" w:eastAsia="Times New Roman" w:hAnsi="Times New Roman"/>
                <w:i/>
                <w:color w:val="000000"/>
                <w:w w:val="97"/>
                <w:sz w:val="16"/>
                <w:lang w:val="ru-RU"/>
              </w:rPr>
              <w:t>практическое занятие</w:t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10.11.2022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7.11.2022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0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отбирать материал по нескольким источникам, готовить доклады, работать с научно-популярной литературой;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выступления одноклассников;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 w:rsidRPr="00927207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Тематический блок 2. «Семья и духовно-нравственные ценности»</w:t>
            </w:r>
          </w:p>
        </w:tc>
      </w:tr>
    </w:tbl>
    <w:p w:rsidR="00A5010B" w:rsidRPr="00085D55" w:rsidRDefault="00A5010B" w:rsidP="005B6AA3">
      <w:pPr>
        <w:autoSpaceDE w:val="0"/>
        <w:autoSpaceDN w:val="0"/>
        <w:spacing w:after="0" w:line="14" w:lineRule="exact"/>
        <w:jc w:val="both"/>
        <w:rPr>
          <w:lang w:val="ru-RU"/>
        </w:rPr>
      </w:pPr>
    </w:p>
    <w:p w:rsidR="00A5010B" w:rsidRPr="00085D55" w:rsidRDefault="00A5010B" w:rsidP="005B6AA3">
      <w:pPr>
        <w:jc w:val="both"/>
        <w:rPr>
          <w:lang w:val="ru-RU"/>
        </w:rPr>
        <w:sectPr w:rsidR="00A5010B" w:rsidRPr="00085D55">
          <w:pgSz w:w="16840" w:h="11900"/>
          <w:pgMar w:top="282" w:right="640" w:bottom="472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5010B" w:rsidRPr="00085D55" w:rsidRDefault="00A5010B" w:rsidP="005B6AA3">
      <w:pPr>
        <w:autoSpaceDE w:val="0"/>
        <w:autoSpaceDN w:val="0"/>
        <w:spacing w:after="66" w:line="220" w:lineRule="exact"/>
        <w:jc w:val="both"/>
        <w:rPr>
          <w:lang w:val="ru-RU"/>
        </w:rPr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762"/>
        <w:gridCol w:w="528"/>
        <w:gridCol w:w="1104"/>
        <w:gridCol w:w="1142"/>
        <w:gridCol w:w="864"/>
        <w:gridCol w:w="6040"/>
        <w:gridCol w:w="1080"/>
        <w:gridCol w:w="1514"/>
      </w:tblGrid>
      <w:tr w:rsidR="00A5010B">
        <w:trPr>
          <w:trHeight w:hRule="exact" w:val="109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576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Семья  — хранитель духовных ценностей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17.11.2022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14.11.2022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0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понимать, что такое семья, формировать представление о взаимосвязях между типом культуры и особенностями семейного уклада у разных народов;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значение термина «поколение»;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решать проблемные задачи;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2.2.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Родина начинается с семьи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24.11.2022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21.11.2022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0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и объяснять, как и почему история каждой семьи тесно связана с историей страны, народа;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разграничивать понятия по теме, систематизировать учебный материал;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2.3.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45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Традиции семейного воспитания 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01.12.2022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28.11.2022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0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и объяснять, что такое традиция, уметь рассказывать о традициях своей семьи, семейных традициях своего народа и других народов России;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уметь объяснять и разграничивать основные понятия по теме;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просматривать и анализировать учебные фильмы, работать с раздаточным материалом;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2.4.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Образ семьи в культуре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08.12.2022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5.12.2022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0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знать основные фольклорные сюжеты о семье, семейных ценностях;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знать и понимать морально-нравственное значение семьи;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работать с научно-популярной литературой, просматривать и анализировать учебные фильмы, систематизировать учебный материал;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7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2.5.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Труд в истории семьи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15.12.2022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12.12.2022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7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понимать, что такое «семейный труд», сознавать и характеризовать важного общего семейного труда для укрепления целостности семьи;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самостоятельно работать с учебником;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2.6.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5" w:lineRule="auto"/>
              <w:ind w:left="72" w:right="86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Семья в современном мире (</w:t>
            </w:r>
            <w:r w:rsidRPr="00085D55">
              <w:rPr>
                <w:rFonts w:ascii="Times New Roman" w:eastAsia="Times New Roman" w:hAnsi="Times New Roman"/>
                <w:i/>
                <w:color w:val="000000"/>
                <w:w w:val="97"/>
                <w:sz w:val="16"/>
                <w:lang w:val="ru-RU"/>
              </w:rPr>
              <w:t>практическое занятие</w:t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22.12.2022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19.12.2022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0" w:lineRule="auto"/>
              <w:ind w:left="72" w:right="576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понимать, почему важно изучать и хранить историю своей семьи, передавать её следующим поколениям;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готовить доклад, сообщение; создавать семейное древо; отбирать и сравнивать материал из нескольких источников;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50" w:lineRule="auto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 w:rsidRPr="00927207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Тематический блок 3. «Духовно-нравственное богатство личности»</w:t>
            </w:r>
          </w:p>
        </w:tc>
      </w:tr>
      <w:tr w:rsidR="00A5010B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Личность  — общество  — культура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D74901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29.12.2022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26.12.2022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0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знать, что такое гуманизм, понимать, что делает человека человеком и какие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проявления людей можно назвать гуманными;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работать с научно-популярной литературой, уметь разграничивать понятия, осваивать смысловое чтение (решать текстовые задачи);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3.2.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45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Духовный мир человека. Человек —творец культуры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12.01.2023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16.01.2023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0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и объяснять значение слова «человек» в контексте духовно- нравственной культуры;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работать с учебником, уметь понимать и разграничивать основные понятия по теме;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3.3.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5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Личность и духовно-нравственные ценности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19.01.2023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23.01.2023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2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и объяснять, что такое мораль и нравственность, любовь к близким; показывать на примерах важность таких ценностей как взаимопомощь, сострадание, милосердие, любовь, дружба и др.;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разграничивать и определять основные понятия, решать текстовые задачи, работать с учебником;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 w:rsidRPr="00927207">
        <w:trPr>
          <w:trHeight w:hRule="exact" w:val="350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Тематический блок 4. «Культурное единство России»</w:t>
            </w:r>
          </w:p>
        </w:tc>
      </w:tr>
      <w:tr w:rsidR="00A5010B">
        <w:trPr>
          <w:trHeight w:hRule="exact" w:val="109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45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Историческая память как духовно-нравственная ценность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26.01.2023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30.01.2023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2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смысл термина «история», понимать важность изучения истории; понимать и объяснять, что такое историческая память, как история каждой семьи связана с историей страны;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работать с учебником, выделять и определять основные понятия, слушать и анализировать выступления одноклассников;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</w:tbl>
    <w:p w:rsidR="00A5010B" w:rsidRDefault="00A5010B" w:rsidP="005B6AA3">
      <w:pPr>
        <w:autoSpaceDE w:val="0"/>
        <w:autoSpaceDN w:val="0"/>
        <w:spacing w:after="0" w:line="14" w:lineRule="exact"/>
        <w:jc w:val="both"/>
      </w:pPr>
    </w:p>
    <w:p w:rsidR="00A5010B" w:rsidRDefault="00A5010B" w:rsidP="005B6AA3">
      <w:pPr>
        <w:jc w:val="both"/>
        <w:sectPr w:rsidR="00A5010B">
          <w:pgSz w:w="16840" w:h="11900"/>
          <w:pgMar w:top="284" w:right="640" w:bottom="50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5010B" w:rsidRDefault="00A5010B" w:rsidP="005B6AA3">
      <w:pPr>
        <w:autoSpaceDE w:val="0"/>
        <w:autoSpaceDN w:val="0"/>
        <w:spacing w:after="66" w:line="220" w:lineRule="exact"/>
        <w:jc w:val="both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762"/>
        <w:gridCol w:w="528"/>
        <w:gridCol w:w="1104"/>
        <w:gridCol w:w="1142"/>
        <w:gridCol w:w="864"/>
        <w:gridCol w:w="6040"/>
        <w:gridCol w:w="1080"/>
        <w:gridCol w:w="1514"/>
      </w:tblGrid>
      <w:tr w:rsidR="00A5010B">
        <w:trPr>
          <w:trHeight w:hRule="exact" w:val="133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4.2.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Литература как язык культуры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02.02.2023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6.02.2023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2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особенности литературы, её отличия от других видов художественного творчества;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средства выражения духовного мира человека, его морали и нравственности в произведениях литературы;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работать с художественной литературой, изучать и анализировать источники;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1118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4.3.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Взаимовлияние культур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09.02.2023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13.02.2023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2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иметь представление о значении терминов «взаимодействие культур», «культурный обмен»;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и объяснять важность сохранения культурного наследия;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понимать и разграничивать понятия, отбирать и сравнивать материал по нескольким источникам;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4.4.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Духовно-нравственные ценности российского народа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16.02.2023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20.02.2023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2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уметь объяснять значение основных понятий, отражающих духовно-нравственные ценности;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осознавать их и защищать в качестве базовых общегражданских ценностей российского общества;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работать с учебником (смысловое чтение);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4.5.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720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Регионы России: культурное многообразие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02.03.2023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27.02.2023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2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принципы федеративного устройства России, объяснять </w:t>
            </w:r>
            <w:proofErr w:type="spellStart"/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понятие«полиэтничность</w:t>
            </w:r>
            <w:proofErr w:type="spellEnd"/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»;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ценность многообразия культурных укладов народов России;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уметь рассказывать о культурном своеобразии своей малой родины;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и анализировать выступления одноклассников, работать с источниками;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4.6.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Праздники в культуре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09.03.2023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6.03.2023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0" w:lineRule="auto"/>
              <w:ind w:left="72" w:right="720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и объяснять, что такое «народный праздник»;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уметь рассказывать о праздничных традициях разных народов и своей семьи; понимать и объяснять нравственный смысл народного праздника;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работать с учебником, просматривать и анализировать учебные фильмы;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4.7.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Памятники в культуре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16.03.2023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13.03.2023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2" w:lineRule="auto"/>
              <w:ind w:left="72" w:right="86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устанавливать связь между историей памятника и историей края;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характеризовать памятники истории и культуры;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нравственный и научный смысл краеведческой работы;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работать с научно-популярной литературой, просматривать и анализировать учебные фильмы;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111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4.8.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Музыкальная культура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23.03.2023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20.03.2023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2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особенности музыки как вида искусства;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знать и называть основные темы музыкального творчества народов России, понимать, как история народа отражается в его музыке;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слушать объяснения учителя, работать с научно-популярной литературой,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просматривать и анализировать учебные фильмы;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150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4.9.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144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Изобразительное искусство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06.04.2023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3.04.2023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4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и объяснять особенности изобразительного искусства как вида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художественного творчества;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и обосновывать важность искусства как формы трансляции культурных ценностей;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знать и называть основные темы искусства народов России;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работать с научно-популярной литературой, просматривать и анализировать учебные фильмы;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45" w:lineRule="auto"/>
              <w:ind w:left="72" w:right="43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109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4.10.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45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Фольклор и литература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D74901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13.04.2023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10.04.2023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52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понимать, что такое национальная литература;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объяснять и показывать на примерах, как произведения фольклора отражают историю народа, его духовно-нравственные ценности;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отбирать и сравнивать материал из нескольких источников, решать текстовые задачи, слушать и анализировать выступления одноклассников;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45" w:lineRule="auto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</w:tbl>
    <w:p w:rsidR="00A5010B" w:rsidRDefault="00A5010B" w:rsidP="005B6AA3">
      <w:pPr>
        <w:autoSpaceDE w:val="0"/>
        <w:autoSpaceDN w:val="0"/>
        <w:spacing w:after="0" w:line="14" w:lineRule="exact"/>
        <w:jc w:val="both"/>
      </w:pPr>
    </w:p>
    <w:p w:rsidR="00A5010B" w:rsidRDefault="00A5010B" w:rsidP="005B6AA3">
      <w:pPr>
        <w:jc w:val="both"/>
        <w:sectPr w:rsidR="00A5010B">
          <w:pgSz w:w="16840" w:h="11900"/>
          <w:pgMar w:top="284" w:right="640" w:bottom="43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5010B" w:rsidRDefault="00A5010B" w:rsidP="005B6AA3">
      <w:pPr>
        <w:autoSpaceDE w:val="0"/>
        <w:autoSpaceDN w:val="0"/>
        <w:spacing w:after="66" w:line="220" w:lineRule="exact"/>
        <w:jc w:val="both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468"/>
        <w:gridCol w:w="2762"/>
        <w:gridCol w:w="528"/>
        <w:gridCol w:w="1104"/>
        <w:gridCol w:w="1142"/>
        <w:gridCol w:w="864"/>
        <w:gridCol w:w="6040"/>
        <w:gridCol w:w="1080"/>
        <w:gridCol w:w="1514"/>
      </w:tblGrid>
      <w:tr w:rsidR="00A5010B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4.11.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7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Бытовые традиции народов России: пища, одежда, дом (</w:t>
            </w:r>
            <w:r w:rsidRPr="00085D55">
              <w:rPr>
                <w:rFonts w:ascii="Times New Roman" w:eastAsia="Times New Roman" w:hAnsi="Times New Roman"/>
                <w:i/>
                <w:color w:val="000000"/>
                <w:w w:val="97"/>
                <w:sz w:val="16"/>
                <w:lang w:val="ru-RU"/>
              </w:rPr>
              <w:t>практическое занятие</w:t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20.04.2023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17.04.2023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7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отбирать и сравнивать учебный материал по нескольким источникам, решать текстовые задачи, слушать и анализировать выступления одноклассников, работать с научно-популярной литературой;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50" w:lineRule="auto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924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4.12.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5" w:lineRule="auto"/>
              <w:ind w:right="86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Культурная карта России (</w:t>
            </w:r>
            <w:r w:rsidRPr="00085D55">
              <w:rPr>
                <w:rFonts w:ascii="Times New Roman" w:eastAsia="Times New Roman" w:hAnsi="Times New Roman"/>
                <w:i/>
                <w:color w:val="000000"/>
                <w:w w:val="97"/>
                <w:sz w:val="16"/>
                <w:lang w:val="ru-RU"/>
              </w:rPr>
              <w:t>практическое занятие</w:t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625009" w:rsidP="005B6AA3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27.04.2023</w:t>
            </w:r>
          </w:p>
          <w:p w:rsidR="00625009" w:rsidRPr="00625009" w:rsidRDefault="00625009" w:rsidP="005B6AA3">
            <w:pPr>
              <w:autoSpaceDE w:val="0"/>
              <w:autoSpaceDN w:val="0"/>
              <w:spacing w:before="78" w:after="0" w:line="245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24.04.2023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7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отбирать и сравнивать несколько источников, решать текстовые задачи, слушать и анализировать выступления одноклассников, работать с научно-популярной литературой;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50" w:lineRule="auto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A5010B">
        <w:trPr>
          <w:trHeight w:hRule="exact" w:val="92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4.13.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45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Единство страны  — залог будущего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625009" w:rsidP="005B6AA3">
            <w:pPr>
              <w:autoSpaceDE w:val="0"/>
              <w:autoSpaceDN w:val="0"/>
              <w:spacing w:before="78" w:after="0" w:line="245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04</w:t>
            </w:r>
            <w:r w:rsidR="005B6AA3"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.05.2023 1</w:t>
            </w:r>
            <w:r w:rsidR="00A666AA"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5.05.2023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8" w:after="0" w:line="250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понимать и объяснять значение общих элементов и черт в культуре разных народов России для обоснования её культурного, экономического единства;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слушать объяснения учителя, систематизировать учебный материал;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50" w:lineRule="auto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https://infourok.ru/</w:t>
            </w:r>
          </w:p>
        </w:tc>
      </w:tr>
      <w:tr w:rsidR="00625009" w:rsidRPr="00625009" w:rsidTr="005B6AA3">
        <w:trPr>
          <w:trHeight w:hRule="exact" w:val="347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625009" w:rsidRPr="00625009" w:rsidRDefault="00625009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Тематический блок 5. «Повторение ОДНКНР</w:t>
            </w:r>
            <w:r w:rsidRPr="00625009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»</w:t>
            </w:r>
          </w:p>
        </w:tc>
      </w:tr>
      <w:tr w:rsidR="00546175" w:rsidTr="00546175">
        <w:trPr>
          <w:trHeight w:hRule="exact" w:val="84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625009" w:rsidRDefault="00546175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5.1.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085D55" w:rsidRDefault="00546175" w:rsidP="005B6AA3">
            <w:pPr>
              <w:autoSpaceDE w:val="0"/>
              <w:autoSpaceDN w:val="0"/>
              <w:spacing w:before="78" w:after="0" w:line="245" w:lineRule="auto"/>
              <w:ind w:left="72" w:right="144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Повторение Блок 1 и 2.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625009" w:rsidRDefault="00546175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625009" w:rsidRDefault="00546175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625009" w:rsidRDefault="00546175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Default="00546175" w:rsidP="005B6AA3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11.05.2023</w:t>
            </w:r>
          </w:p>
          <w:p w:rsidR="005B6AA3" w:rsidRPr="00625009" w:rsidRDefault="005B6AA3" w:rsidP="005B6AA3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22.05.2023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jc w:val="both"/>
              <w:rPr>
                <w:sz w:val="16"/>
                <w:szCs w:val="16"/>
                <w:lang w:val="ru-RU"/>
              </w:rPr>
            </w:pPr>
            <w:r w:rsidRPr="00546175">
              <w:rPr>
                <w:sz w:val="16"/>
                <w:szCs w:val="16"/>
                <w:lang w:val="ru-RU"/>
              </w:rPr>
              <w:t xml:space="preserve">понимать и объяснять значение общих элементов и черт в культуре разных народов России для обоснования её культурного, экономического единства;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autoSpaceDE w:val="0"/>
              <w:autoSpaceDN w:val="0"/>
              <w:spacing w:before="78" w:after="0" w:line="25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val="ru-RU"/>
              </w:rPr>
            </w:pPr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val="ru-RU"/>
              </w:rPr>
              <w:t>Устный опрос;</w:t>
            </w:r>
          </w:p>
          <w:p w:rsidR="00546175" w:rsidRPr="00546175" w:rsidRDefault="00546175" w:rsidP="005B6AA3">
            <w:pPr>
              <w:autoSpaceDE w:val="0"/>
              <w:autoSpaceDN w:val="0"/>
              <w:spacing w:before="78" w:after="0" w:line="25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val="ru-RU"/>
              </w:rPr>
            </w:pPr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  <w:lang w:val="ru-RU"/>
              </w:rPr>
              <w:t>Практическая  работа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jc w:val="both"/>
              <w:rPr>
                <w:sz w:val="16"/>
                <w:szCs w:val="16"/>
              </w:rPr>
            </w:pPr>
            <w:r w:rsidRPr="00546175">
              <w:rPr>
                <w:sz w:val="16"/>
                <w:szCs w:val="16"/>
              </w:rPr>
              <w:t>https://infourok.ru/</w:t>
            </w:r>
          </w:p>
        </w:tc>
      </w:tr>
      <w:tr w:rsidR="00546175" w:rsidTr="00546175">
        <w:trPr>
          <w:trHeight w:hRule="exact" w:val="855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5.2.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085D55" w:rsidRDefault="00546175" w:rsidP="005B6AA3">
            <w:pPr>
              <w:autoSpaceDE w:val="0"/>
              <w:autoSpaceDN w:val="0"/>
              <w:spacing w:before="78" w:after="0" w:line="245" w:lineRule="auto"/>
              <w:ind w:left="72" w:right="144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Повторение Блок 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D74901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Default="00546175" w:rsidP="005B6AA3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18.05.2023</w:t>
            </w:r>
          </w:p>
          <w:p w:rsidR="005B6AA3" w:rsidRDefault="005B6AA3" w:rsidP="005B6AA3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29.05.2023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jc w:val="both"/>
              <w:rPr>
                <w:sz w:val="16"/>
                <w:szCs w:val="16"/>
                <w:lang w:val="ru-RU"/>
              </w:rPr>
            </w:pPr>
            <w:r w:rsidRPr="00546175">
              <w:rPr>
                <w:sz w:val="16"/>
                <w:szCs w:val="16"/>
                <w:lang w:val="ru-RU"/>
              </w:rPr>
              <w:t>слушать объяснения учителя, систематизировать учебный материал;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autoSpaceDE w:val="0"/>
              <w:autoSpaceDN w:val="0"/>
              <w:spacing w:before="78" w:after="0" w:line="25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</w:pPr>
            <w:proofErr w:type="spellStart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>Устный</w:t>
            </w:r>
            <w:proofErr w:type="spellEnd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>опрос</w:t>
            </w:r>
            <w:proofErr w:type="spellEnd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>;</w:t>
            </w:r>
          </w:p>
          <w:p w:rsidR="00546175" w:rsidRPr="00546175" w:rsidRDefault="00546175" w:rsidP="005B6AA3">
            <w:pPr>
              <w:autoSpaceDE w:val="0"/>
              <w:autoSpaceDN w:val="0"/>
              <w:spacing w:before="78" w:after="0" w:line="25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</w:pPr>
            <w:proofErr w:type="spellStart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>Практическая</w:t>
            </w:r>
            <w:proofErr w:type="spellEnd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 xml:space="preserve">  </w:t>
            </w:r>
            <w:proofErr w:type="spellStart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>работа</w:t>
            </w:r>
            <w:proofErr w:type="spellEnd"/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jc w:val="both"/>
              <w:rPr>
                <w:sz w:val="16"/>
                <w:szCs w:val="16"/>
              </w:rPr>
            </w:pPr>
            <w:r w:rsidRPr="00546175">
              <w:rPr>
                <w:sz w:val="16"/>
                <w:szCs w:val="16"/>
              </w:rPr>
              <w:t>https://infourok.ru/</w:t>
            </w:r>
          </w:p>
        </w:tc>
      </w:tr>
      <w:tr w:rsidR="00546175" w:rsidTr="00546175">
        <w:trPr>
          <w:trHeight w:hRule="exact" w:val="980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5.3.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085D55" w:rsidRDefault="00546175" w:rsidP="005B6AA3">
            <w:pPr>
              <w:autoSpaceDE w:val="0"/>
              <w:autoSpaceDN w:val="0"/>
              <w:spacing w:before="78" w:after="0" w:line="245" w:lineRule="auto"/>
              <w:ind w:left="72" w:right="144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Повторение Блок 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D74901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autoSpaceDE w:val="0"/>
              <w:autoSpaceDN w:val="0"/>
              <w:spacing w:before="7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0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Default="00546175" w:rsidP="005B6AA3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25.05.2023</w:t>
            </w:r>
          </w:p>
          <w:p w:rsidR="005B6AA3" w:rsidRDefault="005B6AA3" w:rsidP="005B6AA3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29.05.2023</w:t>
            </w:r>
          </w:p>
        </w:tc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jc w:val="both"/>
              <w:rPr>
                <w:sz w:val="16"/>
                <w:szCs w:val="16"/>
                <w:lang w:val="ru-RU"/>
              </w:rPr>
            </w:pPr>
            <w:r w:rsidRPr="00546175">
              <w:rPr>
                <w:sz w:val="16"/>
                <w:szCs w:val="16"/>
                <w:lang w:val="ru-RU"/>
              </w:rPr>
              <w:t xml:space="preserve">понимать и объяснять значение общих элементов и черт в культуре разных народов России для обоснования её культурного, экономического единства;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autoSpaceDE w:val="0"/>
              <w:autoSpaceDN w:val="0"/>
              <w:spacing w:before="78" w:after="0" w:line="25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</w:pPr>
            <w:proofErr w:type="spellStart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>Устный</w:t>
            </w:r>
            <w:proofErr w:type="spellEnd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 xml:space="preserve"> </w:t>
            </w:r>
            <w:proofErr w:type="spellStart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>опрос</w:t>
            </w:r>
            <w:proofErr w:type="spellEnd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>;</w:t>
            </w:r>
          </w:p>
          <w:p w:rsidR="00546175" w:rsidRPr="00546175" w:rsidRDefault="00546175" w:rsidP="005B6AA3">
            <w:pPr>
              <w:autoSpaceDE w:val="0"/>
              <w:autoSpaceDN w:val="0"/>
              <w:spacing w:before="78" w:after="0" w:line="25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</w:pPr>
            <w:proofErr w:type="spellStart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>Практическая</w:t>
            </w:r>
            <w:proofErr w:type="spellEnd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 xml:space="preserve">  </w:t>
            </w:r>
            <w:proofErr w:type="spellStart"/>
            <w:r w:rsidRPr="00546175">
              <w:rPr>
                <w:rFonts w:ascii="Times New Roman" w:eastAsia="Times New Roman" w:hAnsi="Times New Roman"/>
                <w:color w:val="000000"/>
                <w:w w:val="97"/>
                <w:sz w:val="16"/>
                <w:szCs w:val="16"/>
              </w:rPr>
              <w:t>работа</w:t>
            </w:r>
            <w:proofErr w:type="spellEnd"/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46175" w:rsidRPr="00546175" w:rsidRDefault="00546175" w:rsidP="005B6AA3">
            <w:pPr>
              <w:jc w:val="both"/>
              <w:rPr>
                <w:sz w:val="16"/>
                <w:szCs w:val="16"/>
              </w:rPr>
            </w:pPr>
            <w:r w:rsidRPr="00546175">
              <w:rPr>
                <w:sz w:val="16"/>
                <w:szCs w:val="16"/>
              </w:rPr>
              <w:t>https://infourok.ru/</w:t>
            </w:r>
          </w:p>
        </w:tc>
      </w:tr>
      <w:tr w:rsidR="00A5010B">
        <w:trPr>
          <w:trHeight w:hRule="exact" w:val="520"/>
        </w:trPr>
        <w:tc>
          <w:tcPr>
            <w:tcW w:w="3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76" w:after="0" w:line="245" w:lineRule="auto"/>
              <w:ind w:left="72" w:right="576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ОБЩЕЕ КОЛИЧЕСТВО ЧАСОВ ПО ПРОГРАММЕ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6F370E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35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D74901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76" w:after="0" w:line="233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7</w:t>
            </w:r>
          </w:p>
        </w:tc>
        <w:tc>
          <w:tcPr>
            <w:tcW w:w="94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5010B" w:rsidP="005B6AA3">
            <w:pPr>
              <w:jc w:val="both"/>
            </w:pPr>
          </w:p>
        </w:tc>
      </w:tr>
    </w:tbl>
    <w:p w:rsidR="00A5010B" w:rsidRDefault="00A5010B" w:rsidP="005B6AA3">
      <w:pPr>
        <w:autoSpaceDE w:val="0"/>
        <w:autoSpaceDN w:val="0"/>
        <w:spacing w:after="0" w:line="14" w:lineRule="exact"/>
        <w:jc w:val="both"/>
      </w:pPr>
    </w:p>
    <w:p w:rsidR="00A5010B" w:rsidRDefault="00A5010B" w:rsidP="005B6AA3">
      <w:pPr>
        <w:jc w:val="both"/>
        <w:sectPr w:rsidR="00A5010B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A5010B" w:rsidRDefault="00A5010B" w:rsidP="005B6AA3">
      <w:pPr>
        <w:autoSpaceDE w:val="0"/>
        <w:autoSpaceDN w:val="0"/>
        <w:spacing w:after="78" w:line="220" w:lineRule="exact"/>
        <w:jc w:val="both"/>
      </w:pPr>
    </w:p>
    <w:p w:rsidR="00A5010B" w:rsidRDefault="00A666AA" w:rsidP="005B6AA3">
      <w:pPr>
        <w:autoSpaceDE w:val="0"/>
        <w:autoSpaceDN w:val="0"/>
        <w:spacing w:after="320" w:line="230" w:lineRule="auto"/>
        <w:jc w:val="both"/>
      </w:pPr>
      <w:r>
        <w:rPr>
          <w:rFonts w:ascii="Times New Roman" w:eastAsia="Times New Roman" w:hAnsi="Times New Roman"/>
          <w:b/>
          <w:color w:val="000000"/>
          <w:sz w:val="24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16"/>
        <w:gridCol w:w="734"/>
        <w:gridCol w:w="1620"/>
        <w:gridCol w:w="1668"/>
        <w:gridCol w:w="1236"/>
        <w:gridCol w:w="1574"/>
      </w:tblGrid>
      <w:tr w:rsidR="00A5010B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98" w:after="0" w:line="262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98" w:after="0" w:line="262" w:lineRule="auto"/>
              <w:ind w:left="72" w:right="144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98" w:after="0" w:line="271" w:lineRule="auto"/>
              <w:ind w:left="72" w:right="432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Виды,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формы 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контроля</w:t>
            </w:r>
          </w:p>
        </w:tc>
      </w:tr>
      <w:tr w:rsidR="00A5010B" w:rsidTr="009E6A89">
        <w:trPr>
          <w:trHeight w:hRule="exact" w:val="828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0B" w:rsidRDefault="00A5010B" w:rsidP="005B6AA3">
            <w:pPr>
              <w:jc w:val="both"/>
            </w:pPr>
          </w:p>
        </w:tc>
        <w:tc>
          <w:tcPr>
            <w:tcW w:w="32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0B" w:rsidRDefault="00A5010B" w:rsidP="005B6AA3">
            <w:pPr>
              <w:jc w:val="both"/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98" w:after="0" w:line="262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98" w:after="0" w:line="262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0B" w:rsidRDefault="00A5010B" w:rsidP="005B6AA3">
            <w:pPr>
              <w:jc w:val="both"/>
            </w:pPr>
          </w:p>
        </w:tc>
        <w:tc>
          <w:tcPr>
            <w:tcW w:w="1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10B" w:rsidRDefault="00A5010B" w:rsidP="005B6AA3">
            <w:pPr>
              <w:jc w:val="both"/>
            </w:pPr>
          </w:p>
        </w:tc>
      </w:tr>
      <w:tr w:rsidR="009E6A89" w:rsidTr="009E6A8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085D55" w:rsidRDefault="009E6A89" w:rsidP="009E6A89">
            <w:pPr>
              <w:autoSpaceDE w:val="0"/>
              <w:autoSpaceDN w:val="0"/>
              <w:spacing w:before="98" w:after="0" w:line="271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Зачем изучать курс «Основы духовно-нравственной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культуры народов России»?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9E6A89" w:rsidRDefault="009E6A89" w:rsidP="009E6A89">
            <w:pPr>
              <w:autoSpaceDE w:val="0"/>
              <w:autoSpaceDN w:val="0"/>
              <w:spacing w:before="76" w:after="0" w:line="230" w:lineRule="auto"/>
              <w:ind w:left="39" w:firstLine="141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01.09.2022</w:t>
            </w:r>
          </w:p>
          <w:p w:rsidR="009E6A89" w:rsidRPr="009E6A89" w:rsidRDefault="009E6A89" w:rsidP="009E6A89">
            <w:pPr>
              <w:autoSpaceDE w:val="0"/>
              <w:autoSpaceDN w:val="0"/>
              <w:spacing w:before="76" w:after="0" w:line="230" w:lineRule="auto"/>
              <w:ind w:left="39" w:firstLine="141"/>
              <w:jc w:val="both"/>
              <w:rPr>
                <w:sz w:val="20"/>
                <w:szCs w:val="20"/>
                <w:lang w:val="ru-RU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 xml:space="preserve"> 05.09.2022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Наш дом — Россия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9E6A89" w:rsidRDefault="009E6A89" w:rsidP="009E6A89">
            <w:pPr>
              <w:autoSpaceDE w:val="0"/>
              <w:autoSpaceDN w:val="0"/>
              <w:spacing w:before="76" w:after="0" w:line="233" w:lineRule="auto"/>
              <w:ind w:left="39" w:firstLine="141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08.09.2022</w:t>
            </w:r>
          </w:p>
          <w:p w:rsidR="009E6A89" w:rsidRPr="009E6A89" w:rsidRDefault="009E6A89" w:rsidP="009E6A89">
            <w:pPr>
              <w:autoSpaceDE w:val="0"/>
              <w:autoSpaceDN w:val="0"/>
              <w:spacing w:before="76" w:after="0" w:line="233" w:lineRule="auto"/>
              <w:ind w:left="39" w:firstLine="141"/>
              <w:jc w:val="both"/>
              <w:rPr>
                <w:sz w:val="20"/>
                <w:szCs w:val="20"/>
                <w:lang w:val="ru-RU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12.09.2022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Язык и история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9E6A89" w:rsidRDefault="009E6A89" w:rsidP="009E6A89">
            <w:pPr>
              <w:autoSpaceDE w:val="0"/>
              <w:autoSpaceDN w:val="0"/>
              <w:spacing w:before="76" w:after="0" w:line="233" w:lineRule="auto"/>
              <w:ind w:left="39" w:firstLine="141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15.09.2022</w:t>
            </w:r>
          </w:p>
          <w:p w:rsidR="009E6A89" w:rsidRPr="009E6A89" w:rsidRDefault="009E6A89" w:rsidP="009E6A89">
            <w:pPr>
              <w:autoSpaceDE w:val="0"/>
              <w:autoSpaceDN w:val="0"/>
              <w:spacing w:before="76" w:after="0" w:line="233" w:lineRule="auto"/>
              <w:ind w:left="39" w:firstLine="141"/>
              <w:jc w:val="both"/>
              <w:rPr>
                <w:sz w:val="20"/>
                <w:szCs w:val="20"/>
                <w:lang w:val="ru-RU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19.09.2022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100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085D55" w:rsidRDefault="009E6A89" w:rsidP="009E6A89">
            <w:pPr>
              <w:autoSpaceDE w:val="0"/>
              <w:autoSpaceDN w:val="0"/>
              <w:spacing w:before="98" w:after="0" w:line="271" w:lineRule="auto"/>
              <w:ind w:left="72" w:right="86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Русский язык — язык общения и язык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возможностей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9E6A89" w:rsidRDefault="009E6A89" w:rsidP="009E6A89">
            <w:pPr>
              <w:autoSpaceDE w:val="0"/>
              <w:autoSpaceDN w:val="0"/>
              <w:spacing w:before="78" w:after="0" w:line="230" w:lineRule="auto"/>
              <w:ind w:left="39" w:firstLine="141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22.09.2022</w:t>
            </w:r>
          </w:p>
          <w:p w:rsidR="009E6A89" w:rsidRPr="009E6A89" w:rsidRDefault="009E6A89" w:rsidP="009E6A89">
            <w:pPr>
              <w:autoSpaceDE w:val="0"/>
              <w:autoSpaceDN w:val="0"/>
              <w:spacing w:before="78" w:after="0" w:line="230" w:lineRule="auto"/>
              <w:ind w:left="39" w:firstLine="141"/>
              <w:jc w:val="both"/>
              <w:rPr>
                <w:sz w:val="20"/>
                <w:szCs w:val="20"/>
                <w:lang w:val="ru-RU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26.09.2022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Истоки родной культуры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9E6A89" w:rsidRDefault="009E6A89" w:rsidP="009E6A89">
            <w:pPr>
              <w:autoSpaceDE w:val="0"/>
              <w:autoSpaceDN w:val="0"/>
              <w:spacing w:before="78" w:after="0" w:line="230" w:lineRule="auto"/>
              <w:ind w:left="39" w:firstLine="141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29.09.2022</w:t>
            </w:r>
          </w:p>
          <w:p w:rsidR="009E6A89" w:rsidRPr="009E6A89" w:rsidRDefault="009E6A89" w:rsidP="009E6A89">
            <w:pPr>
              <w:autoSpaceDE w:val="0"/>
              <w:autoSpaceDN w:val="0"/>
              <w:spacing w:before="78" w:after="0" w:line="230" w:lineRule="auto"/>
              <w:ind w:left="39" w:firstLine="141"/>
              <w:jc w:val="both"/>
              <w:rPr>
                <w:sz w:val="20"/>
                <w:szCs w:val="20"/>
                <w:lang w:val="ru-RU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3.10.2022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Материальная культура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9E6A89" w:rsidRDefault="009E6A89" w:rsidP="009E6A89">
            <w:pPr>
              <w:autoSpaceDE w:val="0"/>
              <w:autoSpaceDN w:val="0"/>
              <w:spacing w:before="76" w:after="0" w:line="233" w:lineRule="auto"/>
              <w:ind w:left="39" w:firstLine="141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06.10.2022</w:t>
            </w:r>
          </w:p>
          <w:p w:rsidR="009E6A89" w:rsidRPr="009E6A89" w:rsidRDefault="009E6A89" w:rsidP="009E6A89">
            <w:pPr>
              <w:autoSpaceDE w:val="0"/>
              <w:autoSpaceDN w:val="0"/>
              <w:spacing w:before="76" w:after="0" w:line="233" w:lineRule="auto"/>
              <w:ind w:left="39" w:firstLine="141"/>
              <w:jc w:val="both"/>
              <w:rPr>
                <w:sz w:val="20"/>
                <w:szCs w:val="20"/>
                <w:lang w:val="ru-RU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10.10.2022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Духовная культура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9E6A89" w:rsidRDefault="009E6A89" w:rsidP="009E6A89">
            <w:pPr>
              <w:autoSpaceDE w:val="0"/>
              <w:autoSpaceDN w:val="0"/>
              <w:spacing w:before="76" w:after="0" w:line="233" w:lineRule="auto"/>
              <w:ind w:left="39" w:firstLine="141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13.10.2022</w:t>
            </w:r>
          </w:p>
          <w:p w:rsidR="009E6A89" w:rsidRPr="009E6A89" w:rsidRDefault="009E6A89" w:rsidP="009E6A89">
            <w:pPr>
              <w:autoSpaceDE w:val="0"/>
              <w:autoSpaceDN w:val="0"/>
              <w:spacing w:before="76" w:after="0" w:line="233" w:lineRule="auto"/>
              <w:ind w:left="39" w:firstLine="141"/>
              <w:jc w:val="both"/>
              <w:rPr>
                <w:sz w:val="20"/>
                <w:szCs w:val="20"/>
                <w:lang w:val="ru-RU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 xml:space="preserve">  17.10.2022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Культура и религия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9E6A89" w:rsidRDefault="009E6A89" w:rsidP="009E6A89">
            <w:pPr>
              <w:autoSpaceDE w:val="0"/>
              <w:autoSpaceDN w:val="0"/>
              <w:spacing w:before="78" w:after="0" w:line="230" w:lineRule="auto"/>
              <w:ind w:left="39" w:firstLine="141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20.10.2022</w:t>
            </w:r>
          </w:p>
          <w:p w:rsidR="009E6A89" w:rsidRPr="009E6A89" w:rsidRDefault="009E6A89" w:rsidP="009E6A89">
            <w:pPr>
              <w:autoSpaceDE w:val="0"/>
              <w:autoSpaceDN w:val="0"/>
              <w:spacing w:before="78" w:after="0" w:line="230" w:lineRule="auto"/>
              <w:ind w:left="39" w:firstLine="141"/>
              <w:jc w:val="both"/>
              <w:rPr>
                <w:sz w:val="20"/>
                <w:szCs w:val="20"/>
                <w:lang w:val="ru-RU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24.10.2022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Культура и образование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9E6A89" w:rsidRDefault="009E6A89" w:rsidP="009E6A89">
            <w:pPr>
              <w:autoSpaceDE w:val="0"/>
              <w:autoSpaceDN w:val="0"/>
              <w:spacing w:before="78" w:after="0" w:line="230" w:lineRule="auto"/>
              <w:ind w:left="39" w:firstLine="141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27.10.2022</w:t>
            </w:r>
          </w:p>
          <w:p w:rsidR="009E6A89" w:rsidRPr="009E6A89" w:rsidRDefault="009E6A89" w:rsidP="009E6A89">
            <w:pPr>
              <w:autoSpaceDE w:val="0"/>
              <w:autoSpaceDN w:val="0"/>
              <w:spacing w:before="78" w:after="0" w:line="230" w:lineRule="auto"/>
              <w:ind w:left="39" w:firstLine="141"/>
              <w:jc w:val="both"/>
              <w:rPr>
                <w:sz w:val="20"/>
                <w:szCs w:val="20"/>
              </w:rPr>
            </w:pPr>
            <w:r w:rsidRPr="009E6A89">
              <w:rPr>
                <w:sz w:val="20"/>
                <w:szCs w:val="20"/>
              </w:rPr>
              <w:t>24.10.2022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085D55" w:rsidRDefault="009E6A89" w:rsidP="009E6A89">
            <w:pPr>
              <w:autoSpaceDE w:val="0"/>
              <w:autoSpaceDN w:val="0"/>
              <w:spacing w:before="98" w:after="0" w:line="274" w:lineRule="auto"/>
              <w:ind w:left="72" w:right="720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Многообразие культур России (практическое занятие)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9E6A89" w:rsidRDefault="009E6A89" w:rsidP="009E6A89">
            <w:pPr>
              <w:autoSpaceDE w:val="0"/>
              <w:autoSpaceDN w:val="0"/>
              <w:spacing w:before="76" w:after="0" w:line="233" w:lineRule="auto"/>
              <w:ind w:left="39" w:firstLine="141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10.11.2022</w:t>
            </w:r>
          </w:p>
          <w:p w:rsidR="009E6A89" w:rsidRPr="009E6A89" w:rsidRDefault="009E6A89" w:rsidP="009E6A89">
            <w:pPr>
              <w:autoSpaceDE w:val="0"/>
              <w:autoSpaceDN w:val="0"/>
              <w:spacing w:before="76" w:after="0" w:line="233" w:lineRule="auto"/>
              <w:ind w:left="39" w:firstLine="141"/>
              <w:jc w:val="both"/>
              <w:rPr>
                <w:sz w:val="20"/>
                <w:szCs w:val="20"/>
                <w:lang w:val="ru-RU"/>
              </w:rPr>
            </w:pPr>
            <w:r w:rsidRPr="009E6A89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7.11.2022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78" w:lineRule="auto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right="1008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Семья  — хранитель духовных ценностей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5C2957" w:rsidRDefault="009E6A89" w:rsidP="005C2957">
            <w:pPr>
              <w:autoSpaceDE w:val="0"/>
              <w:autoSpaceDN w:val="0"/>
              <w:spacing w:before="78" w:after="0" w:line="230" w:lineRule="auto"/>
              <w:ind w:left="39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17.11.2022</w:t>
            </w:r>
          </w:p>
          <w:p w:rsidR="009E6A89" w:rsidRPr="005C2957" w:rsidRDefault="009E6A89" w:rsidP="005C2957">
            <w:pPr>
              <w:autoSpaceDE w:val="0"/>
              <w:autoSpaceDN w:val="0"/>
              <w:spacing w:before="78" w:after="0" w:line="230" w:lineRule="auto"/>
              <w:ind w:left="39"/>
              <w:jc w:val="both"/>
              <w:rPr>
                <w:sz w:val="20"/>
                <w:szCs w:val="20"/>
                <w:lang w:val="ru-RU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14.11.2022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Родина начинается с семьи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5C2957" w:rsidRDefault="009E6A89" w:rsidP="005C2957">
            <w:pPr>
              <w:autoSpaceDE w:val="0"/>
              <w:autoSpaceDN w:val="0"/>
              <w:spacing w:before="78" w:after="0" w:line="230" w:lineRule="auto"/>
              <w:ind w:left="39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24.11.2022</w:t>
            </w:r>
          </w:p>
          <w:p w:rsidR="009E6A89" w:rsidRPr="005C2957" w:rsidRDefault="009E6A89" w:rsidP="005C2957">
            <w:pPr>
              <w:autoSpaceDE w:val="0"/>
              <w:autoSpaceDN w:val="0"/>
              <w:spacing w:before="78" w:after="0" w:line="230" w:lineRule="auto"/>
              <w:ind w:left="39"/>
              <w:jc w:val="both"/>
              <w:rPr>
                <w:sz w:val="20"/>
                <w:szCs w:val="20"/>
                <w:lang w:val="ru-RU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21.11.2022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085D55" w:rsidRDefault="009E6A89" w:rsidP="009E6A89">
            <w:pPr>
              <w:autoSpaceDE w:val="0"/>
              <w:autoSpaceDN w:val="0"/>
              <w:spacing w:before="98" w:after="0" w:line="262" w:lineRule="auto"/>
              <w:ind w:left="72" w:right="86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Традиции семейного воспитания в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5C2957" w:rsidRDefault="009E6A89" w:rsidP="005C2957">
            <w:pPr>
              <w:autoSpaceDE w:val="0"/>
              <w:autoSpaceDN w:val="0"/>
              <w:spacing w:before="76" w:after="0" w:line="233" w:lineRule="auto"/>
              <w:ind w:left="39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01.12.2022</w:t>
            </w:r>
          </w:p>
          <w:p w:rsidR="009E6A89" w:rsidRPr="005C2957" w:rsidRDefault="009E6A89" w:rsidP="005C2957">
            <w:pPr>
              <w:autoSpaceDE w:val="0"/>
              <w:autoSpaceDN w:val="0"/>
              <w:spacing w:before="76" w:after="0" w:line="233" w:lineRule="auto"/>
              <w:ind w:left="39"/>
              <w:jc w:val="both"/>
              <w:rPr>
                <w:sz w:val="20"/>
                <w:szCs w:val="20"/>
                <w:lang w:val="ru-RU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28.11.2022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085D55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Образ семьи в культуре народов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5C2957" w:rsidRDefault="009E6A89" w:rsidP="005C2957">
            <w:pPr>
              <w:autoSpaceDE w:val="0"/>
              <w:autoSpaceDN w:val="0"/>
              <w:spacing w:before="76" w:after="0" w:line="233" w:lineRule="auto"/>
              <w:ind w:left="39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08.12.2022</w:t>
            </w:r>
          </w:p>
          <w:p w:rsidR="009E6A89" w:rsidRPr="005C2957" w:rsidRDefault="009E6A89" w:rsidP="005C2957">
            <w:pPr>
              <w:autoSpaceDE w:val="0"/>
              <w:autoSpaceDN w:val="0"/>
              <w:spacing w:before="76" w:after="0" w:line="233" w:lineRule="auto"/>
              <w:ind w:left="39"/>
              <w:jc w:val="both"/>
              <w:rPr>
                <w:sz w:val="20"/>
                <w:szCs w:val="20"/>
                <w:lang w:val="ru-RU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5.12.2022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9E6A89">
        <w:trPr>
          <w:trHeight w:hRule="exact" w:val="80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Труд в истории семьи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Pr="005C2957" w:rsidRDefault="009E6A89" w:rsidP="005C2957">
            <w:pPr>
              <w:autoSpaceDE w:val="0"/>
              <w:autoSpaceDN w:val="0"/>
              <w:spacing w:before="78" w:after="0" w:line="230" w:lineRule="auto"/>
              <w:ind w:left="39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15.12.2022</w:t>
            </w:r>
          </w:p>
          <w:p w:rsidR="009E6A89" w:rsidRPr="005C2957" w:rsidRDefault="009E6A89" w:rsidP="005C2957">
            <w:pPr>
              <w:autoSpaceDE w:val="0"/>
              <w:autoSpaceDN w:val="0"/>
              <w:spacing w:before="78" w:after="0" w:line="230" w:lineRule="auto"/>
              <w:ind w:left="39"/>
              <w:jc w:val="both"/>
              <w:rPr>
                <w:sz w:val="20"/>
                <w:szCs w:val="20"/>
                <w:lang w:val="ru-RU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12.12.2022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6A89" w:rsidRDefault="009E6A89" w:rsidP="009E6A89">
            <w:pPr>
              <w:autoSpaceDE w:val="0"/>
              <w:autoSpaceDN w:val="0"/>
              <w:spacing w:before="98" w:after="0" w:line="262" w:lineRule="auto"/>
              <w:ind w:right="576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опрос;</w:t>
            </w:r>
          </w:p>
        </w:tc>
      </w:tr>
    </w:tbl>
    <w:p w:rsidR="00A5010B" w:rsidRDefault="00A5010B" w:rsidP="005B6AA3">
      <w:pPr>
        <w:autoSpaceDE w:val="0"/>
        <w:autoSpaceDN w:val="0"/>
        <w:spacing w:after="0" w:line="14" w:lineRule="exact"/>
        <w:jc w:val="both"/>
      </w:pPr>
    </w:p>
    <w:p w:rsidR="00A5010B" w:rsidRDefault="00A5010B" w:rsidP="005B6AA3">
      <w:pPr>
        <w:autoSpaceDE w:val="0"/>
        <w:autoSpaceDN w:val="0"/>
        <w:spacing w:after="0" w:line="822" w:lineRule="exact"/>
        <w:jc w:val="both"/>
      </w:pPr>
    </w:p>
    <w:tbl>
      <w:tblPr>
        <w:tblW w:w="10762" w:type="dxa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16"/>
        <w:gridCol w:w="734"/>
        <w:gridCol w:w="1620"/>
        <w:gridCol w:w="1668"/>
        <w:gridCol w:w="1236"/>
        <w:gridCol w:w="1784"/>
      </w:tblGrid>
      <w:tr w:rsidR="005C2957" w:rsidTr="00085D55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085D55" w:rsidRDefault="005C2957" w:rsidP="005C2957">
            <w:pPr>
              <w:autoSpaceDE w:val="0"/>
              <w:autoSpaceDN w:val="0"/>
              <w:spacing w:before="98" w:after="0" w:line="262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Семья в современном мире (практическое занятие)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5C2957" w:rsidRDefault="005C2957" w:rsidP="005C2957">
            <w:pPr>
              <w:autoSpaceDE w:val="0"/>
              <w:autoSpaceDN w:val="0"/>
              <w:spacing w:before="78" w:after="0" w:line="230" w:lineRule="auto"/>
              <w:ind w:left="39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22.12.2022</w:t>
            </w:r>
          </w:p>
          <w:p w:rsidR="005C2957" w:rsidRPr="00625009" w:rsidRDefault="005C2957" w:rsidP="005C2957">
            <w:pPr>
              <w:autoSpaceDE w:val="0"/>
              <w:autoSpaceDN w:val="0"/>
              <w:spacing w:before="78" w:after="0" w:line="230" w:lineRule="auto"/>
              <w:ind w:left="39"/>
              <w:jc w:val="both"/>
              <w:rPr>
                <w:lang w:val="ru-RU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19.12.2022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C2957" w:rsidTr="00085D55">
        <w:trPr>
          <w:trHeight w:hRule="exact" w:val="821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62" w:lineRule="auto"/>
              <w:ind w:left="72" w:right="288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Личность  — общество  —культура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085D55" w:rsidRDefault="005C2957" w:rsidP="005C2957">
            <w:pPr>
              <w:autoSpaceDE w:val="0"/>
              <w:autoSpaceDN w:val="0"/>
              <w:spacing w:before="98" w:after="0" w:line="230" w:lineRule="auto"/>
              <w:ind w:left="72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5C2957" w:rsidRDefault="005C2957" w:rsidP="005C2957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29.12.2022</w:t>
            </w:r>
          </w:p>
          <w:p w:rsidR="005C2957" w:rsidRPr="005C2957" w:rsidRDefault="005C2957" w:rsidP="005C2957">
            <w:pPr>
              <w:autoSpaceDE w:val="0"/>
              <w:autoSpaceDN w:val="0"/>
              <w:spacing w:before="76" w:after="0" w:line="233" w:lineRule="auto"/>
              <w:jc w:val="both"/>
              <w:rPr>
                <w:sz w:val="20"/>
                <w:szCs w:val="20"/>
                <w:lang w:val="ru-RU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26.12.2022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085D55" w:rsidRDefault="005C2957" w:rsidP="005C2957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Контрольная работа</w:t>
            </w:r>
          </w:p>
        </w:tc>
      </w:tr>
      <w:tr w:rsidR="005C2957" w:rsidTr="00085D55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100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085D55" w:rsidRDefault="005C2957" w:rsidP="005C2957">
            <w:pPr>
              <w:autoSpaceDE w:val="0"/>
              <w:autoSpaceDN w:val="0"/>
              <w:spacing w:before="100" w:after="0" w:line="230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Духовный мир человека.</w:t>
            </w:r>
          </w:p>
          <w:p w:rsidR="005C2957" w:rsidRPr="00085D55" w:rsidRDefault="005C2957" w:rsidP="005C2957">
            <w:pPr>
              <w:autoSpaceDE w:val="0"/>
              <w:autoSpaceDN w:val="0"/>
              <w:spacing w:before="72" w:after="0" w:line="230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Человек — творец культуры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100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100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100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5C2957" w:rsidRDefault="005C2957" w:rsidP="005C2957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12.01.2023</w:t>
            </w:r>
          </w:p>
          <w:p w:rsidR="005C2957" w:rsidRPr="005C2957" w:rsidRDefault="005C2957" w:rsidP="005C2957">
            <w:pPr>
              <w:autoSpaceDE w:val="0"/>
              <w:autoSpaceDN w:val="0"/>
              <w:spacing w:before="76" w:after="0" w:line="233" w:lineRule="auto"/>
              <w:jc w:val="both"/>
              <w:rPr>
                <w:sz w:val="20"/>
                <w:szCs w:val="20"/>
                <w:lang w:val="ru-RU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16.01.2023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100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C2957" w:rsidTr="00085D55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085D55" w:rsidRDefault="005C2957" w:rsidP="005C2957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Личность и духовно-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нравственные ценности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5C2957" w:rsidRDefault="005C2957" w:rsidP="005C2957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19.01.2023</w:t>
            </w:r>
          </w:p>
          <w:p w:rsidR="005C2957" w:rsidRPr="005C2957" w:rsidRDefault="005C2957" w:rsidP="005C2957">
            <w:pPr>
              <w:autoSpaceDE w:val="0"/>
              <w:autoSpaceDN w:val="0"/>
              <w:spacing w:before="78" w:after="0" w:line="230" w:lineRule="auto"/>
              <w:jc w:val="both"/>
              <w:rPr>
                <w:sz w:val="20"/>
                <w:szCs w:val="20"/>
                <w:lang w:val="ru-RU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23.01.2023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C2957" w:rsidTr="00085D55">
        <w:trPr>
          <w:trHeight w:hRule="exact" w:val="11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085D55" w:rsidRDefault="005C2957" w:rsidP="005C2957">
            <w:pPr>
              <w:autoSpaceDE w:val="0"/>
              <w:autoSpaceDN w:val="0"/>
              <w:spacing w:before="98" w:after="0" w:line="271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Историческая память как духовно-нравственная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ценность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5C2957" w:rsidRDefault="005C2957" w:rsidP="005C2957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</w:rPr>
              <w:t>26.01.2023</w:t>
            </w:r>
          </w:p>
          <w:p w:rsidR="005C2957" w:rsidRPr="005C2957" w:rsidRDefault="005C2957" w:rsidP="005C2957">
            <w:pPr>
              <w:autoSpaceDE w:val="0"/>
              <w:autoSpaceDN w:val="0"/>
              <w:spacing w:before="98" w:after="0" w:line="230" w:lineRule="auto"/>
              <w:jc w:val="both"/>
              <w:rPr>
                <w:sz w:val="20"/>
                <w:szCs w:val="20"/>
              </w:rPr>
            </w:pPr>
            <w:r w:rsidRPr="005C2957">
              <w:rPr>
                <w:rFonts w:ascii="Times New Roman" w:eastAsia="Times New Roman" w:hAnsi="Times New Roman"/>
                <w:color w:val="000000"/>
                <w:w w:val="97"/>
                <w:sz w:val="20"/>
                <w:szCs w:val="20"/>
                <w:lang w:val="ru-RU"/>
              </w:rPr>
              <w:t>30.01.2023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 опрос;</w:t>
            </w:r>
          </w:p>
        </w:tc>
      </w:tr>
      <w:tr w:rsidR="00157323" w:rsidTr="00085D55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1008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Литература как язык культуры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02.02.2023</w:t>
            </w:r>
          </w:p>
          <w:p w:rsidR="00157323" w:rsidRPr="00625009" w:rsidRDefault="00157323" w:rsidP="0015732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6.02.2023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57323" w:rsidTr="00085D55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Взаимовлияние культур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09.02.2023</w:t>
            </w:r>
          </w:p>
          <w:p w:rsidR="00157323" w:rsidRPr="00625009" w:rsidRDefault="00157323" w:rsidP="0015732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13.02.2023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57323" w:rsidTr="00085D55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Pr="00085D55" w:rsidRDefault="00157323" w:rsidP="00157323">
            <w:pPr>
              <w:autoSpaceDE w:val="0"/>
              <w:autoSpaceDN w:val="0"/>
              <w:spacing w:before="98" w:after="0" w:line="262" w:lineRule="auto"/>
              <w:ind w:left="7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Духовно-нравственные </w:t>
            </w:r>
            <w:r w:rsidRPr="00085D55">
              <w:rPr>
                <w:lang w:val="ru-RU"/>
              </w:rPr>
              <w:br/>
            </w: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ценности российского народа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16.02.2023</w:t>
            </w:r>
          </w:p>
          <w:p w:rsidR="00157323" w:rsidRPr="00625009" w:rsidRDefault="00157323" w:rsidP="0015732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20.02.2023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57323" w:rsidTr="00085D55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14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Регионы России: культурное многообразие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02.03.2023</w:t>
            </w:r>
          </w:p>
          <w:p w:rsidR="00157323" w:rsidRPr="00625009" w:rsidRDefault="00157323" w:rsidP="0015732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27.02.2023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57323" w:rsidTr="00085D55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Pr="00085D55" w:rsidRDefault="00157323" w:rsidP="00157323">
            <w:pPr>
              <w:autoSpaceDE w:val="0"/>
              <w:autoSpaceDN w:val="0"/>
              <w:spacing w:before="98" w:after="0" w:line="262" w:lineRule="auto"/>
              <w:ind w:left="72" w:right="720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Праздники в культуре народов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09.03.2023</w:t>
            </w:r>
          </w:p>
          <w:p w:rsidR="00157323" w:rsidRPr="00625009" w:rsidRDefault="00157323" w:rsidP="0015732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6.03.2023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57323" w:rsidTr="00085D55">
        <w:trPr>
          <w:trHeight w:hRule="exact" w:val="83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Pr="00085D55" w:rsidRDefault="00157323" w:rsidP="00157323">
            <w:pPr>
              <w:autoSpaceDE w:val="0"/>
              <w:autoSpaceDN w:val="0"/>
              <w:spacing w:before="98" w:after="0" w:line="262" w:lineRule="auto"/>
              <w:ind w:left="72" w:right="720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Памятники в культуре народов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16.03.2023</w:t>
            </w:r>
          </w:p>
          <w:p w:rsidR="00157323" w:rsidRPr="00625009" w:rsidRDefault="00157323" w:rsidP="0015732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13.03.2023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57323" w:rsidTr="00085D55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720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Музыкальная культура народов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23.03.2023</w:t>
            </w:r>
          </w:p>
          <w:p w:rsidR="00157323" w:rsidRPr="00625009" w:rsidRDefault="00157323" w:rsidP="0015732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20.03.2023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57323" w:rsidTr="00085D55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288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Изобразительное искусство народов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06.04.2023</w:t>
            </w:r>
          </w:p>
          <w:p w:rsidR="00157323" w:rsidRPr="00625009" w:rsidRDefault="00157323" w:rsidP="00157323">
            <w:pPr>
              <w:autoSpaceDE w:val="0"/>
              <w:autoSpaceDN w:val="0"/>
              <w:spacing w:before="78" w:after="0" w:line="230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3.04.2023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576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157323" w:rsidTr="00085D55">
        <w:trPr>
          <w:trHeight w:hRule="exact" w:val="82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Pr="00085D55" w:rsidRDefault="00157323" w:rsidP="00157323">
            <w:pPr>
              <w:autoSpaceDE w:val="0"/>
              <w:autoSpaceDN w:val="0"/>
              <w:spacing w:before="98" w:after="0" w:line="262" w:lineRule="auto"/>
              <w:ind w:left="72" w:right="720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Фольклор и литература народов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76" w:after="0" w:line="233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13.04.2023</w:t>
            </w:r>
          </w:p>
          <w:p w:rsidR="00157323" w:rsidRPr="00625009" w:rsidRDefault="00157323" w:rsidP="00157323">
            <w:pPr>
              <w:autoSpaceDE w:val="0"/>
              <w:autoSpaceDN w:val="0"/>
              <w:spacing w:before="76" w:after="0" w:line="233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10.04.2023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98" w:after="0" w:line="262" w:lineRule="auto"/>
              <w:ind w:left="72" w:right="144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C2957" w:rsidTr="00085D55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Pr="00085D55" w:rsidRDefault="005C2957" w:rsidP="005C2957">
            <w:pPr>
              <w:autoSpaceDE w:val="0"/>
              <w:autoSpaceDN w:val="0"/>
              <w:spacing w:before="98" w:after="0" w:line="271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Бытовые традиции народов России: пища, одежда, дом (практическое занятие)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157323" w:rsidRDefault="00157323" w:rsidP="00157323">
            <w:pPr>
              <w:autoSpaceDE w:val="0"/>
              <w:autoSpaceDN w:val="0"/>
              <w:spacing w:before="78" w:after="0" w:line="230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20.04.2023</w:t>
            </w:r>
          </w:p>
          <w:p w:rsidR="005C2957" w:rsidRDefault="00157323" w:rsidP="0015732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17.04.2023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C2957" w:rsidRDefault="005C2957" w:rsidP="005C2957">
            <w:pPr>
              <w:autoSpaceDE w:val="0"/>
              <w:autoSpaceDN w:val="0"/>
              <w:spacing w:before="98" w:after="0"/>
              <w:ind w:left="156" w:hanging="156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Устный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опрос; </w:t>
            </w:r>
            <w:r>
              <w:br/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 работа;</w:t>
            </w:r>
          </w:p>
        </w:tc>
      </w:tr>
    </w:tbl>
    <w:p w:rsidR="00A5010B" w:rsidRDefault="00A5010B" w:rsidP="005B6AA3">
      <w:pPr>
        <w:autoSpaceDE w:val="0"/>
        <w:autoSpaceDN w:val="0"/>
        <w:spacing w:after="0" w:line="14" w:lineRule="exact"/>
        <w:jc w:val="both"/>
      </w:pPr>
    </w:p>
    <w:p w:rsidR="00A5010B" w:rsidRDefault="00A5010B" w:rsidP="005B6AA3">
      <w:pPr>
        <w:autoSpaceDE w:val="0"/>
        <w:autoSpaceDN w:val="0"/>
        <w:spacing w:after="0" w:line="14" w:lineRule="exact"/>
        <w:jc w:val="both"/>
      </w:pPr>
    </w:p>
    <w:p w:rsidR="00A5010B" w:rsidRDefault="00A5010B" w:rsidP="005B6AA3">
      <w:pPr>
        <w:jc w:val="both"/>
        <w:sectPr w:rsidR="00A5010B">
          <w:pgSz w:w="11900" w:h="16840"/>
          <w:pgMar w:top="0" w:right="650" w:bottom="66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5010B" w:rsidRDefault="00A5010B" w:rsidP="005B6AA3">
      <w:pPr>
        <w:autoSpaceDE w:val="0"/>
        <w:autoSpaceDN w:val="0"/>
        <w:spacing w:after="66" w:line="220" w:lineRule="exact"/>
        <w:jc w:val="both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16"/>
        <w:gridCol w:w="734"/>
        <w:gridCol w:w="1620"/>
        <w:gridCol w:w="1668"/>
        <w:gridCol w:w="1236"/>
        <w:gridCol w:w="1574"/>
      </w:tblGrid>
      <w:tr w:rsidR="00D7490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Pr="00085D55" w:rsidRDefault="00D74901" w:rsidP="00D74901">
            <w:pPr>
              <w:autoSpaceDE w:val="0"/>
              <w:autoSpaceDN w:val="0"/>
              <w:spacing w:before="98" w:after="0" w:line="262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Культурная карта России (практическое занятие)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27.04.2023</w:t>
            </w:r>
          </w:p>
          <w:p w:rsidR="00D74901" w:rsidRPr="00625009" w:rsidRDefault="00D74901" w:rsidP="00D74901">
            <w:pPr>
              <w:autoSpaceDE w:val="0"/>
              <w:autoSpaceDN w:val="0"/>
              <w:spacing w:before="78" w:after="0" w:line="245" w:lineRule="auto"/>
              <w:jc w:val="both"/>
              <w:rPr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24.04.2023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D7490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Pr="00085D55" w:rsidRDefault="00D74901" w:rsidP="00D74901">
            <w:pPr>
              <w:autoSpaceDE w:val="0"/>
              <w:autoSpaceDN w:val="0"/>
              <w:spacing w:before="98" w:after="0" w:line="262" w:lineRule="auto"/>
              <w:ind w:left="72" w:right="432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Культурная карта России (практическое занятие)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78" w:after="0" w:line="245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04.05.2023 15.05.2023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D74901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Pr="00085D55" w:rsidRDefault="00D74901" w:rsidP="00D74901">
            <w:pPr>
              <w:autoSpaceDE w:val="0"/>
              <w:autoSpaceDN w:val="0"/>
              <w:spacing w:before="98" w:after="0" w:line="262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Единство страны  — залог будущего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11.05.2023</w:t>
            </w:r>
          </w:p>
          <w:p w:rsidR="00D74901" w:rsidRPr="00625009" w:rsidRDefault="00D74901" w:rsidP="00D74901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22.05.2023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78" w:lineRule="auto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D74901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Pr="00085D55" w:rsidRDefault="00D74901" w:rsidP="00D74901">
            <w:pPr>
              <w:autoSpaceDE w:val="0"/>
              <w:autoSpaceDN w:val="0"/>
              <w:spacing w:before="98" w:after="0" w:line="262" w:lineRule="auto"/>
              <w:ind w:left="72" w:right="288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Единство страны  — залог будущего России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18.05.2023</w:t>
            </w:r>
          </w:p>
          <w:p w:rsidR="00D74901" w:rsidRDefault="00D74901" w:rsidP="00D74901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29.05.2023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98" w:after="0"/>
              <w:ind w:left="72"/>
              <w:jc w:val="both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D74901" w:rsidTr="005B6AA3">
        <w:trPr>
          <w:trHeight w:hRule="exact" w:val="195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Pr="005B6AA3" w:rsidRDefault="00D74901" w:rsidP="00D74901">
            <w:pPr>
              <w:autoSpaceDE w:val="0"/>
              <w:autoSpaceDN w:val="0"/>
              <w:spacing w:before="98" w:after="0" w:line="23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Pr="00085D55" w:rsidRDefault="00D74901" w:rsidP="00D74901">
            <w:pPr>
              <w:autoSpaceDE w:val="0"/>
              <w:autoSpaceDN w:val="0"/>
              <w:spacing w:before="98" w:after="0" w:line="262" w:lineRule="auto"/>
              <w:ind w:left="72" w:right="288"/>
              <w:jc w:val="both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Повторение курса «ОДНКНР»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Pr="005B6AA3" w:rsidRDefault="00D74901" w:rsidP="00D74901">
            <w:pPr>
              <w:autoSpaceDE w:val="0"/>
              <w:autoSpaceDN w:val="0"/>
              <w:spacing w:before="98" w:after="0" w:line="230" w:lineRule="auto"/>
              <w:ind w:left="74"/>
              <w:jc w:val="both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Pr="005B6AA3" w:rsidRDefault="00D74901" w:rsidP="00D74901">
            <w:pPr>
              <w:autoSpaceDE w:val="0"/>
              <w:autoSpaceDN w:val="0"/>
              <w:spacing w:before="9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Pr="005B6AA3" w:rsidRDefault="00D74901" w:rsidP="00D74901">
            <w:pPr>
              <w:autoSpaceDE w:val="0"/>
              <w:autoSpaceDN w:val="0"/>
              <w:spacing w:before="98" w:after="0" w:line="230" w:lineRule="auto"/>
              <w:ind w:left="72"/>
              <w:jc w:val="both"/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Default="00D74901" w:rsidP="00D74901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25.05.2023</w:t>
            </w:r>
          </w:p>
          <w:p w:rsidR="00D74901" w:rsidRDefault="00D74901" w:rsidP="00D74901">
            <w:pPr>
              <w:autoSpaceDE w:val="0"/>
              <w:autoSpaceDN w:val="0"/>
              <w:spacing w:before="78" w:after="0" w:line="245" w:lineRule="auto"/>
              <w:jc w:val="both"/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29.05.2023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D74901" w:rsidRPr="005B6AA3" w:rsidRDefault="00D74901" w:rsidP="00D74901">
            <w:pPr>
              <w:autoSpaceDE w:val="0"/>
              <w:autoSpaceDN w:val="0"/>
              <w:spacing w:before="98" w:after="0"/>
              <w:ind w:left="72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proofErr w:type="spellStart"/>
            <w:r w:rsidRPr="005B6AA3"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 w:rsidRPr="005B6AA3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  <w:p w:rsidR="00D74901" w:rsidRPr="005B6AA3" w:rsidRDefault="00D74901" w:rsidP="00D74901">
            <w:pPr>
              <w:autoSpaceDE w:val="0"/>
              <w:autoSpaceDN w:val="0"/>
              <w:spacing w:before="98" w:after="0"/>
              <w:ind w:left="72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proofErr w:type="spellStart"/>
            <w:r w:rsidRPr="005B6AA3"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 w:rsidRPr="005B6AA3"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</w:p>
          <w:p w:rsidR="00D74901" w:rsidRDefault="00D74901" w:rsidP="00D74901">
            <w:pPr>
              <w:autoSpaceDE w:val="0"/>
              <w:autoSpaceDN w:val="0"/>
              <w:spacing w:before="98" w:after="0"/>
              <w:ind w:left="72"/>
              <w:jc w:val="both"/>
              <w:rPr>
                <w:rFonts w:ascii="Times New Roman" w:eastAsia="Times New Roman" w:hAnsi="Times New Roman"/>
                <w:color w:val="000000"/>
                <w:sz w:val="24"/>
              </w:rPr>
            </w:pPr>
            <w:proofErr w:type="spellStart"/>
            <w:r w:rsidRPr="005B6AA3"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 w:rsidRPr="005B6AA3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5B6AA3"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 w:rsidRPr="005B6AA3"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A5010B">
        <w:trPr>
          <w:trHeight w:hRule="exact" w:val="808"/>
        </w:trPr>
        <w:tc>
          <w:tcPr>
            <w:tcW w:w="3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Pr="00085D55" w:rsidRDefault="00A666AA" w:rsidP="005B6AA3">
            <w:pPr>
              <w:autoSpaceDE w:val="0"/>
              <w:autoSpaceDN w:val="0"/>
              <w:spacing w:before="98" w:after="0" w:line="262" w:lineRule="auto"/>
              <w:ind w:left="72" w:right="144"/>
              <w:jc w:val="both"/>
              <w:rPr>
                <w:lang w:val="ru-RU"/>
              </w:rPr>
            </w:pPr>
            <w:r w:rsidRPr="00085D55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D74901" w:rsidP="005B6AA3">
            <w:pPr>
              <w:autoSpaceDE w:val="0"/>
              <w:autoSpaceDN w:val="0"/>
              <w:spacing w:before="98" w:after="0" w:line="230" w:lineRule="auto"/>
              <w:ind w:left="74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666AA" w:rsidP="005B6AA3">
            <w:pPr>
              <w:autoSpaceDE w:val="0"/>
              <w:autoSpaceDN w:val="0"/>
              <w:spacing w:before="98" w:after="0" w:line="230" w:lineRule="auto"/>
              <w:ind w:left="72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A5010B" w:rsidRDefault="00A5010B" w:rsidP="005B6AA3">
            <w:pPr>
              <w:jc w:val="both"/>
            </w:pPr>
          </w:p>
        </w:tc>
      </w:tr>
    </w:tbl>
    <w:p w:rsidR="00A5010B" w:rsidRDefault="00A5010B" w:rsidP="005B6AA3">
      <w:pPr>
        <w:autoSpaceDE w:val="0"/>
        <w:autoSpaceDN w:val="0"/>
        <w:spacing w:after="0" w:line="14" w:lineRule="exact"/>
        <w:jc w:val="both"/>
      </w:pPr>
    </w:p>
    <w:p w:rsidR="00A5010B" w:rsidRDefault="00A5010B" w:rsidP="005B6AA3">
      <w:pPr>
        <w:jc w:val="both"/>
        <w:sectPr w:rsidR="00A5010B">
          <w:pgSz w:w="11900" w:h="16840"/>
          <w:pgMar w:top="284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5010B" w:rsidRDefault="00A5010B" w:rsidP="005B6AA3">
      <w:pPr>
        <w:autoSpaceDE w:val="0"/>
        <w:autoSpaceDN w:val="0"/>
        <w:spacing w:after="78" w:line="220" w:lineRule="exact"/>
        <w:jc w:val="both"/>
      </w:pPr>
    </w:p>
    <w:p w:rsidR="00A5010B" w:rsidRDefault="00A666AA" w:rsidP="00E2283A">
      <w:pPr>
        <w:autoSpaceDE w:val="0"/>
        <w:autoSpaceDN w:val="0"/>
        <w:spacing w:after="0" w:line="23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>УЧЕБНО-МЕТОДИЧЕСКОЕ ОБЕСПЕЧЕНИЕ ОБРАЗОВАТЕЛЬНОГО ПРОЦЕССА</w:t>
      </w:r>
    </w:p>
    <w:p w:rsidR="00A5010B" w:rsidRDefault="00A666AA" w:rsidP="00E2283A">
      <w:pPr>
        <w:autoSpaceDE w:val="0"/>
        <w:autoSpaceDN w:val="0"/>
        <w:spacing w:before="346" w:after="0" w:line="230" w:lineRule="auto"/>
        <w:jc w:val="center"/>
      </w:pPr>
      <w:r>
        <w:rPr>
          <w:rFonts w:ascii="Times New Roman" w:eastAsia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A5010B" w:rsidRPr="00085D55" w:rsidRDefault="00A666AA" w:rsidP="005B6AA3">
      <w:pPr>
        <w:autoSpaceDE w:val="0"/>
        <w:autoSpaceDN w:val="0"/>
        <w:spacing w:before="166" w:after="0"/>
        <w:ind w:right="288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Виноградова Н.Ф., Власенко В.И., Поляков А.В., Основы духовно-нравственной культуры народов России, 5 класс. Общество с ограниченной ответственностью «Из</w:t>
      </w:r>
      <w:r w:rsidR="00E2283A">
        <w:rPr>
          <w:rFonts w:ascii="Times New Roman" w:eastAsia="Times New Roman" w:hAnsi="Times New Roman"/>
          <w:color w:val="000000"/>
          <w:sz w:val="24"/>
          <w:lang w:val="ru-RU"/>
        </w:rPr>
        <w:t xml:space="preserve">дательский центр </w:t>
      </w:r>
      <w:proofErr w:type="spellStart"/>
      <w:r w:rsidR="00E2283A">
        <w:rPr>
          <w:rFonts w:ascii="Times New Roman" w:eastAsia="Times New Roman" w:hAnsi="Times New Roman"/>
          <w:color w:val="000000"/>
          <w:sz w:val="24"/>
          <w:lang w:val="ru-RU"/>
        </w:rPr>
        <w:t>ВЕНТАНА-ГРАФ</w:t>
      </w:r>
      <w:proofErr w:type="gramStart"/>
      <w:r w:rsidR="00E2283A">
        <w:rPr>
          <w:rFonts w:ascii="Times New Roman" w:eastAsia="Times New Roman" w:hAnsi="Times New Roman"/>
          <w:color w:val="000000"/>
          <w:sz w:val="24"/>
          <w:lang w:val="ru-RU"/>
        </w:rPr>
        <w:t>»;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Акционерное</w:t>
      </w:r>
      <w:proofErr w:type="spellEnd"/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общес</w:t>
      </w:r>
      <w:r w:rsidR="00E2283A">
        <w:rPr>
          <w:rFonts w:ascii="Times New Roman" w:eastAsia="Times New Roman" w:hAnsi="Times New Roman"/>
          <w:color w:val="000000"/>
          <w:sz w:val="24"/>
          <w:lang w:val="ru-RU"/>
        </w:rPr>
        <w:t>тво «Издательство Просвещение».</w:t>
      </w:r>
    </w:p>
    <w:p w:rsidR="00A5010B" w:rsidRPr="00085D55" w:rsidRDefault="00A666AA" w:rsidP="00E2283A">
      <w:pPr>
        <w:autoSpaceDE w:val="0"/>
        <w:autoSpaceDN w:val="0"/>
        <w:spacing w:before="262" w:after="0" w:line="230" w:lineRule="auto"/>
        <w:jc w:val="center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E2283A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1. Основы духовно-нравственной культуры народов России: 5 класс: методические рекомендации/ Н.Ф. Виноградова. – М.: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Вентана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-Граф, 2019 </w:t>
      </w:r>
    </w:p>
    <w:p w:rsidR="00E2283A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2. Тишкова В.А., Шапошникова Т.Д. «Книга для учителя». Москва, «Просвещение», 2010.</w:t>
      </w:r>
    </w:p>
    <w:p w:rsidR="00A5010B" w:rsidRPr="00085D55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3. Религии мира: история, культура, вероучение: учебное пособие / под общ. ред. </w:t>
      </w:r>
    </w:p>
    <w:p w:rsidR="00A5010B" w:rsidRPr="00085D55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А.О.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Чубарьяна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и Г.М.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Бонгард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-Левина. - М.: ОЛМА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Медиагрупп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, 2016. - 398 с.: ил.</w:t>
      </w:r>
    </w:p>
    <w:p w:rsidR="00A5010B" w:rsidRPr="00085D55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4. Токарев С. А. Религии в истории народов мира / С. А. Токарев. - изд. 5-е,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испр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. и доп.- </w:t>
      </w:r>
      <w:proofErr w:type="gram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М. :</w:t>
      </w:r>
      <w:proofErr w:type="gram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Республика, 2005. - 542 с.: ил.- (Библиотека: религия, культура, наука).</w:t>
      </w:r>
    </w:p>
    <w:p w:rsidR="00A5010B" w:rsidRPr="00085D55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5. Козырев Н.Ф. Религиозное образование в светской школе. – СПб., 2015.</w:t>
      </w:r>
    </w:p>
    <w:p w:rsidR="00A5010B" w:rsidRPr="00085D55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6. Пиаже Ж. Моральное суждение ребенка / Пер. с фр. – М.: Академический Проект, 2016. 7.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Слободчиков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В. И. Антропологическая перспектива отечественного образования.</w:t>
      </w:r>
    </w:p>
    <w:p w:rsidR="00A5010B" w:rsidRPr="00085D55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– Екатеринбург: Издательский отдел Екатеринбургской епархии, 2018.</w:t>
      </w:r>
    </w:p>
    <w:p w:rsidR="00A5010B" w:rsidRPr="00085D55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8. Адамова А.Г. Духовность как ценностная основа личности // Совершенствование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учебно-воспитательного процесса в образовательном учреждении: Сб.науч.тр.Ч.2. – М., 2017.</w:t>
      </w:r>
    </w:p>
    <w:p w:rsidR="00E2283A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9.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Косачёва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И.П. Нравственное развитие младшего школьника в процессе обучения и воспитания. – М., 2005.</w:t>
      </w:r>
    </w:p>
    <w:p w:rsidR="00E2283A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10. Как проектировать универсальные учебные действия в начальной школе: от действия к мысли: пособие для учителя (А. Г.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Асмолов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, Г. В.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Бурменская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, И. А. Володарская и др.); под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ред.А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. Г.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Асмолова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 – М., 2018.</w:t>
      </w:r>
    </w:p>
    <w:p w:rsidR="00E2283A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11. Метлик И.В. Религия и образование в светской школе. – М., 2014.</w:t>
      </w:r>
    </w:p>
    <w:p w:rsidR="00A5010B" w:rsidRPr="00085D55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12.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Чепикова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Л.В. О преемственности в воспитании нравственной культуры у детей старшего дошкольного и младшего школьного возраста / Л.В.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Чепикова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// </w:t>
      </w:r>
      <w:r w:rsidRPr="00085D55">
        <w:rPr>
          <w:lang w:val="ru-RU"/>
        </w:rPr>
        <w:br/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Воспитание школьников. – 2017.</w:t>
      </w:r>
    </w:p>
    <w:p w:rsidR="00A5010B" w:rsidRPr="00085D55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E2283A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1. Сайт Общественной палаты -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oprf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E2283A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2.Сайт Уполномоченного по правам человека в Российской Федерации - </w:t>
      </w:r>
      <w:r w:rsidR="00927207">
        <w:fldChar w:fldCharType="begin"/>
      </w:r>
      <w:r w:rsidR="00927207" w:rsidRPr="00927207">
        <w:rPr>
          <w:lang w:val="ru-RU"/>
        </w:rPr>
        <w:instrText xml:space="preserve"> </w:instrText>
      </w:r>
      <w:r w:rsidR="00927207">
        <w:instrText>HYPERLINK</w:instrText>
      </w:r>
      <w:r w:rsidR="00927207" w:rsidRPr="00927207">
        <w:rPr>
          <w:lang w:val="ru-RU"/>
        </w:rPr>
        <w:instrText xml:space="preserve"> "</w:instrText>
      </w:r>
      <w:r w:rsidR="00927207">
        <w:instrText>http</w:instrText>
      </w:r>
      <w:r w:rsidR="00927207" w:rsidRPr="00927207">
        <w:rPr>
          <w:lang w:val="ru-RU"/>
        </w:rPr>
        <w:instrText>://</w:instrText>
      </w:r>
      <w:r w:rsidR="00927207">
        <w:instrText>www</w:instrText>
      </w:r>
      <w:r w:rsidR="00927207" w:rsidRPr="00927207">
        <w:rPr>
          <w:lang w:val="ru-RU"/>
        </w:rPr>
        <w:instrText>.</w:instrText>
      </w:r>
      <w:r w:rsidR="00927207">
        <w:instrText>ombudsman</w:instrText>
      </w:r>
      <w:r w:rsidR="00927207" w:rsidRPr="00927207">
        <w:rPr>
          <w:lang w:val="ru-RU"/>
        </w:rPr>
        <w:instrText>.</w:instrText>
      </w:r>
      <w:r w:rsidR="00927207">
        <w:instrText>gov</w:instrText>
      </w:r>
      <w:r w:rsidR="00927207" w:rsidRPr="00927207">
        <w:rPr>
          <w:lang w:val="ru-RU"/>
        </w:rPr>
        <w:instrText>.</w:instrText>
      </w:r>
      <w:r w:rsidR="00927207">
        <w:instrText>ru</w:instrText>
      </w:r>
      <w:r w:rsidR="00927207" w:rsidRPr="00927207">
        <w:rPr>
          <w:lang w:val="ru-RU"/>
        </w:rPr>
        <w:instrText xml:space="preserve">" </w:instrText>
      </w:r>
      <w:r w:rsidR="00927207">
        <w:fldChar w:fldCharType="separate"/>
      </w:r>
      <w:r w:rsidR="00E2283A" w:rsidRPr="00412BF4">
        <w:rPr>
          <w:rStyle w:val="affa"/>
          <w:rFonts w:ascii="Times New Roman" w:eastAsia="Times New Roman" w:hAnsi="Times New Roman"/>
          <w:sz w:val="24"/>
        </w:rPr>
        <w:t>http</w:t>
      </w:r>
      <w:r w:rsidR="00E2283A" w:rsidRPr="00412BF4">
        <w:rPr>
          <w:rStyle w:val="affa"/>
          <w:rFonts w:ascii="Times New Roman" w:eastAsia="Times New Roman" w:hAnsi="Times New Roman"/>
          <w:sz w:val="24"/>
          <w:lang w:val="ru-RU"/>
        </w:rPr>
        <w:t>://</w:t>
      </w:r>
      <w:r w:rsidR="00E2283A" w:rsidRPr="00412BF4">
        <w:rPr>
          <w:rStyle w:val="affa"/>
          <w:rFonts w:ascii="Times New Roman" w:eastAsia="Times New Roman" w:hAnsi="Times New Roman"/>
          <w:sz w:val="24"/>
        </w:rPr>
        <w:t>www</w:t>
      </w:r>
      <w:r w:rsidR="00E2283A" w:rsidRPr="00412BF4">
        <w:rPr>
          <w:rStyle w:val="affa"/>
          <w:rFonts w:ascii="Times New Roman" w:eastAsia="Times New Roman" w:hAnsi="Times New Roman"/>
          <w:sz w:val="24"/>
          <w:lang w:val="ru-RU"/>
        </w:rPr>
        <w:t>.</w:t>
      </w:r>
      <w:r w:rsidR="00E2283A" w:rsidRPr="00412BF4">
        <w:rPr>
          <w:rStyle w:val="affa"/>
          <w:rFonts w:ascii="Times New Roman" w:eastAsia="Times New Roman" w:hAnsi="Times New Roman"/>
          <w:sz w:val="24"/>
        </w:rPr>
        <w:t>ombudsman</w:t>
      </w:r>
      <w:r w:rsidR="00E2283A" w:rsidRPr="00412BF4">
        <w:rPr>
          <w:rStyle w:val="affa"/>
          <w:rFonts w:ascii="Times New Roman" w:eastAsia="Times New Roman" w:hAnsi="Times New Roman"/>
          <w:sz w:val="24"/>
          <w:lang w:val="ru-RU"/>
        </w:rPr>
        <w:t>.</w:t>
      </w:r>
      <w:proofErr w:type="spellStart"/>
      <w:r w:rsidR="00E2283A" w:rsidRPr="00412BF4">
        <w:rPr>
          <w:rStyle w:val="affa"/>
          <w:rFonts w:ascii="Times New Roman" w:eastAsia="Times New Roman" w:hAnsi="Times New Roman"/>
          <w:sz w:val="24"/>
        </w:rPr>
        <w:t>gov</w:t>
      </w:r>
      <w:proofErr w:type="spellEnd"/>
      <w:r w:rsidR="00E2283A" w:rsidRPr="00412BF4">
        <w:rPr>
          <w:rStyle w:val="affa"/>
          <w:rFonts w:ascii="Times New Roman" w:eastAsia="Times New Roman" w:hAnsi="Times New Roman"/>
          <w:sz w:val="24"/>
          <w:lang w:val="ru-RU"/>
        </w:rPr>
        <w:t>.</w:t>
      </w:r>
      <w:proofErr w:type="spellStart"/>
      <w:r w:rsidR="00E2283A" w:rsidRPr="00412BF4">
        <w:rPr>
          <w:rStyle w:val="affa"/>
          <w:rFonts w:ascii="Times New Roman" w:eastAsia="Times New Roman" w:hAnsi="Times New Roman"/>
          <w:sz w:val="24"/>
        </w:rPr>
        <w:t>ru</w:t>
      </w:r>
      <w:proofErr w:type="spellEnd"/>
      <w:r w:rsidR="00927207">
        <w:rPr>
          <w:rStyle w:val="affa"/>
          <w:rFonts w:ascii="Times New Roman" w:eastAsia="Times New Roman" w:hAnsi="Times New Roman"/>
          <w:sz w:val="24"/>
        </w:rPr>
        <w:fldChar w:fldCharType="end"/>
      </w:r>
    </w:p>
    <w:p w:rsidR="00E2283A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3. Основы религиозных культур и светской этики-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orkce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apkpro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E2283A" w:rsidRDefault="00A666AA" w:rsidP="00E2283A">
      <w:pPr>
        <w:autoSpaceDE w:val="0"/>
        <w:autoSpaceDN w:val="0"/>
        <w:spacing w:after="0" w:line="0" w:lineRule="atLeast"/>
        <w:ind w:right="43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4. Сайт Министерства образования и науки РФ -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mon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gov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E2283A" w:rsidRDefault="00A666AA" w:rsidP="00E2283A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5. Сайт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Рособразования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gov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E2283A" w:rsidRDefault="00A666AA" w:rsidP="00E2283A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6. Федеральный портал «Российское образование» -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E2283A" w:rsidRDefault="00A666AA" w:rsidP="00E2283A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7. Российский образовательный портал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E2283A" w:rsidRDefault="00A666AA" w:rsidP="00E2283A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8. Официальный сайт Московской Патриархии Русской Православной Церкви -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patriarchia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1.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scool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- Единая коллекция Цифровых образовательных ресурсов </w:t>
      </w:r>
    </w:p>
    <w:p w:rsidR="00E2283A" w:rsidRDefault="00A666AA" w:rsidP="00E2283A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2.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resh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r>
        <w:rPr>
          <w:rFonts w:ascii="Times New Roman" w:eastAsia="Times New Roman" w:hAnsi="Times New Roman"/>
          <w:color w:val="000000"/>
          <w:sz w:val="24"/>
        </w:rPr>
        <w:t>special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course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/ - Российская электронная школа </w:t>
      </w:r>
    </w:p>
    <w:p w:rsidR="00E2283A" w:rsidRDefault="00A666AA" w:rsidP="00E2283A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3.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td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gov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– Сайт </w:t>
      </w:r>
      <w:proofErr w:type="spellStart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Рособразования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E2283A" w:rsidRPr="00E2283A" w:rsidRDefault="00A666AA" w:rsidP="00E2283A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4. 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islamica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– сайт центра исламских исследований </w:t>
      </w:r>
    </w:p>
    <w:p w:rsidR="00E2283A" w:rsidRDefault="00A666AA" w:rsidP="00E2283A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5. 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muslimheritage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com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– сайт об исламской культуре </w:t>
      </w:r>
    </w:p>
    <w:p w:rsidR="00A5010B" w:rsidRPr="00085D55" w:rsidRDefault="00A666AA" w:rsidP="00E2283A">
      <w:pPr>
        <w:autoSpaceDE w:val="0"/>
        <w:autoSpaceDN w:val="0"/>
        <w:spacing w:after="0" w:line="0" w:lineRule="atLeast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6.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gumer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info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bogoslov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– электронная библиотека</w:t>
      </w:r>
    </w:p>
    <w:p w:rsidR="00A5010B" w:rsidRPr="00085D55" w:rsidRDefault="00A5010B" w:rsidP="00E2283A">
      <w:pPr>
        <w:jc w:val="both"/>
        <w:rPr>
          <w:lang w:val="ru-RU"/>
        </w:rPr>
        <w:sectPr w:rsidR="00A5010B" w:rsidRPr="00085D55" w:rsidSect="00E2283A">
          <w:pgSz w:w="11900" w:h="16840"/>
          <w:pgMar w:top="298" w:right="843" w:bottom="290" w:left="666" w:header="720" w:footer="720" w:gutter="0"/>
          <w:cols w:space="720" w:equalWidth="0">
            <w:col w:w="10391" w:space="0"/>
          </w:cols>
          <w:docGrid w:linePitch="360"/>
        </w:sectPr>
      </w:pPr>
    </w:p>
    <w:p w:rsidR="00E2283A" w:rsidRDefault="00E2283A" w:rsidP="00E2283A">
      <w:pPr>
        <w:autoSpaceDE w:val="0"/>
        <w:autoSpaceDN w:val="0"/>
        <w:spacing w:after="0" w:line="283" w:lineRule="auto"/>
        <w:jc w:val="both"/>
        <w:rPr>
          <w:lang w:val="ru-RU"/>
        </w:rPr>
      </w:pPr>
    </w:p>
    <w:p w:rsidR="00E2283A" w:rsidRDefault="00A666AA" w:rsidP="00E2283A">
      <w:pPr>
        <w:autoSpaceDE w:val="0"/>
        <w:autoSpaceDN w:val="0"/>
        <w:spacing w:after="0" w:line="283" w:lineRule="auto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7.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ihtik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lib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– электронная библиотека </w:t>
      </w:r>
    </w:p>
    <w:p w:rsidR="00E2283A" w:rsidRDefault="00A666AA" w:rsidP="00E2283A">
      <w:pPr>
        <w:autoSpaceDE w:val="0"/>
        <w:autoSpaceDN w:val="0"/>
        <w:spacing w:after="0" w:line="283" w:lineRule="auto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8.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lib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– электронная библиотека </w:t>
      </w:r>
    </w:p>
    <w:p w:rsidR="00E2283A" w:rsidRDefault="00A666AA" w:rsidP="00E2283A">
      <w:pPr>
        <w:autoSpaceDE w:val="0"/>
        <w:autoSpaceDN w:val="0"/>
        <w:spacing w:after="0" w:line="283" w:lineRule="auto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9.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tvspas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– православный медиа-портал </w:t>
      </w:r>
    </w:p>
    <w:p w:rsidR="00E2283A" w:rsidRDefault="00A666AA" w:rsidP="00E2283A">
      <w:pPr>
        <w:autoSpaceDE w:val="0"/>
        <w:autoSpaceDN w:val="0"/>
        <w:spacing w:after="0" w:line="283" w:lineRule="auto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10. 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hrono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- Всемирная история в интернете </w:t>
      </w:r>
    </w:p>
    <w:p w:rsidR="00E2283A" w:rsidRDefault="00A666AA" w:rsidP="00E2283A">
      <w:pPr>
        <w:autoSpaceDE w:val="0"/>
        <w:autoSpaceDN w:val="0"/>
        <w:spacing w:after="0" w:line="283" w:lineRule="auto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11. </w:t>
      </w:r>
      <w:r>
        <w:rPr>
          <w:rFonts w:ascii="Times New Roman" w:eastAsia="Times New Roman" w:hAnsi="Times New Roman"/>
          <w:color w:val="000000"/>
          <w:sz w:val="24"/>
        </w:rPr>
        <w:t>www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istorya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- История стран и цивилизаций </w:t>
      </w:r>
    </w:p>
    <w:p w:rsidR="00E2283A" w:rsidRDefault="00A666AA" w:rsidP="00E2283A">
      <w:pPr>
        <w:autoSpaceDE w:val="0"/>
        <w:autoSpaceDN w:val="0"/>
        <w:spacing w:after="0" w:line="283" w:lineRule="auto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12.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://с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yrill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newma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- Библиотека античной литературы </w:t>
      </w:r>
    </w:p>
    <w:p w:rsidR="00A5010B" w:rsidRPr="00085D55" w:rsidRDefault="00A666AA" w:rsidP="00E2283A">
      <w:pPr>
        <w:autoSpaceDE w:val="0"/>
        <w:autoSpaceDN w:val="0"/>
        <w:spacing w:after="0" w:line="283" w:lineRule="auto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13. </w:t>
      </w:r>
      <w:r>
        <w:rPr>
          <w:rFonts w:ascii="Times New Roman" w:eastAsia="Times New Roman" w:hAnsi="Times New Roman"/>
          <w:color w:val="000000"/>
          <w:sz w:val="24"/>
        </w:rPr>
        <w:t>http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://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artclassic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edu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.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ru</w:t>
      </w:r>
      <w:proofErr w:type="spellEnd"/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 - Коллекция: мировая художественная культура </w:t>
      </w:r>
    </w:p>
    <w:p w:rsidR="00A5010B" w:rsidRPr="00085D55" w:rsidRDefault="00A5010B" w:rsidP="005B6AA3">
      <w:pPr>
        <w:jc w:val="both"/>
        <w:rPr>
          <w:lang w:val="ru-RU"/>
        </w:rPr>
        <w:sectPr w:rsidR="00A5010B" w:rsidRPr="00085D55" w:rsidSect="00E2283A">
          <w:pgSz w:w="11900" w:h="16840"/>
          <w:pgMar w:top="316" w:right="843" w:bottom="1440" w:left="666" w:header="720" w:footer="720" w:gutter="0"/>
          <w:cols w:space="720" w:equalWidth="0">
            <w:col w:w="10391" w:space="0"/>
          </w:cols>
          <w:docGrid w:linePitch="360"/>
        </w:sectPr>
      </w:pPr>
    </w:p>
    <w:p w:rsidR="00A5010B" w:rsidRPr="00085D55" w:rsidRDefault="00A5010B" w:rsidP="005B6AA3">
      <w:pPr>
        <w:autoSpaceDE w:val="0"/>
        <w:autoSpaceDN w:val="0"/>
        <w:spacing w:after="78" w:line="220" w:lineRule="exact"/>
        <w:jc w:val="both"/>
        <w:rPr>
          <w:lang w:val="ru-RU"/>
        </w:rPr>
      </w:pPr>
    </w:p>
    <w:p w:rsidR="00A5010B" w:rsidRPr="00085D55" w:rsidRDefault="00A666AA" w:rsidP="005B6AA3">
      <w:pPr>
        <w:autoSpaceDE w:val="0"/>
        <w:autoSpaceDN w:val="0"/>
        <w:spacing w:after="0" w:line="230" w:lineRule="auto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МАТЕРИАЛЬНО-ТЕХНИЧЕСКОЕ ОБЕСПЕЧЕНИЕ ОБРАЗОВАТЕЛЬНОГО ПРОЦЕССА</w:t>
      </w:r>
    </w:p>
    <w:p w:rsidR="00A5010B" w:rsidRPr="00085D55" w:rsidRDefault="00A666AA" w:rsidP="005B6AA3">
      <w:pPr>
        <w:autoSpaceDE w:val="0"/>
        <w:autoSpaceDN w:val="0"/>
        <w:spacing w:before="346" w:after="0" w:line="230" w:lineRule="auto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УЧЕБНОЕ ОБОРУДОВАНИЕ</w:t>
      </w:r>
    </w:p>
    <w:p w:rsidR="00E2283A" w:rsidRDefault="00A666AA" w:rsidP="00E2283A">
      <w:pPr>
        <w:tabs>
          <w:tab w:val="left" w:pos="142"/>
        </w:tabs>
        <w:autoSpaceDE w:val="0"/>
        <w:autoSpaceDN w:val="0"/>
        <w:spacing w:before="166" w:after="0" w:line="283" w:lineRule="auto"/>
        <w:ind w:right="9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Мультимедийный проектор, многофункциональное устройство (принтер-копир-сканер), фр</w:t>
      </w:r>
      <w:r w:rsidR="00E2283A">
        <w:rPr>
          <w:rFonts w:ascii="Times New Roman" w:eastAsia="Times New Roman" w:hAnsi="Times New Roman"/>
          <w:color w:val="000000"/>
          <w:sz w:val="24"/>
          <w:lang w:val="ru-RU"/>
        </w:rPr>
        <w:t xml:space="preserve">онтальные колонки </w:t>
      </w:r>
      <w:proofErr w:type="spellStart"/>
      <w:proofErr w:type="gramStart"/>
      <w:r w:rsidR="00E2283A">
        <w:rPr>
          <w:rFonts w:ascii="Times New Roman" w:eastAsia="Times New Roman" w:hAnsi="Times New Roman"/>
          <w:color w:val="000000"/>
          <w:sz w:val="24"/>
          <w:lang w:val="ru-RU"/>
        </w:rPr>
        <w:t>двухполосные,сетевой</w:t>
      </w:r>
      <w:proofErr w:type="spellEnd"/>
      <w:proofErr w:type="gramEnd"/>
      <w:r w:rsidR="00E2283A">
        <w:rPr>
          <w:rFonts w:ascii="Times New Roman" w:eastAsia="Times New Roman" w:hAnsi="Times New Roman"/>
          <w:color w:val="000000"/>
          <w:sz w:val="24"/>
          <w:lang w:val="ru-RU"/>
        </w:rPr>
        <w:t xml:space="preserve"> фильтр, 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интерактивное оборудование </w:t>
      </w:r>
      <w:r>
        <w:rPr>
          <w:rFonts w:ascii="Times New Roman" w:eastAsia="Times New Roman" w:hAnsi="Times New Roman"/>
          <w:color w:val="000000"/>
          <w:sz w:val="24"/>
        </w:rPr>
        <w:t>Smartboard</w:t>
      </w: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,компьютерное оборудование </w:t>
      </w:r>
    </w:p>
    <w:p w:rsidR="00A5010B" w:rsidRPr="00085D55" w:rsidRDefault="00A666AA" w:rsidP="00E2283A">
      <w:pPr>
        <w:tabs>
          <w:tab w:val="left" w:pos="142"/>
        </w:tabs>
        <w:autoSpaceDE w:val="0"/>
        <w:autoSpaceDN w:val="0"/>
        <w:spacing w:before="166" w:after="0" w:line="283" w:lineRule="auto"/>
        <w:ind w:right="94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>Ноутбук учителя</w:t>
      </w:r>
    </w:p>
    <w:p w:rsidR="00A5010B" w:rsidRPr="00085D55" w:rsidRDefault="00A666AA" w:rsidP="005B6AA3">
      <w:pPr>
        <w:autoSpaceDE w:val="0"/>
        <w:autoSpaceDN w:val="0"/>
        <w:spacing w:before="264" w:after="0" w:line="230" w:lineRule="auto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b/>
          <w:color w:val="000000"/>
          <w:sz w:val="24"/>
          <w:lang w:val="ru-RU"/>
        </w:rPr>
        <w:t>ОБОРУДОВАНИЕ ДЛЯ ПРОВЕДЕНИЯ ПРАКТИЧЕСКИХ РАБОТ</w:t>
      </w:r>
    </w:p>
    <w:p w:rsidR="00A5010B" w:rsidRPr="00085D55" w:rsidRDefault="00A666AA" w:rsidP="005B6AA3">
      <w:pPr>
        <w:autoSpaceDE w:val="0"/>
        <w:autoSpaceDN w:val="0"/>
        <w:spacing w:before="168" w:after="0" w:line="230" w:lineRule="auto"/>
        <w:jc w:val="both"/>
        <w:rPr>
          <w:lang w:val="ru-RU"/>
        </w:rPr>
      </w:pPr>
      <w:r w:rsidRPr="00085D55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Рабочая тетрадь </w:t>
      </w:r>
    </w:p>
    <w:p w:rsidR="00A5010B" w:rsidRPr="00085D55" w:rsidRDefault="00A5010B" w:rsidP="005B6AA3">
      <w:pPr>
        <w:jc w:val="both"/>
        <w:rPr>
          <w:lang w:val="ru-RU"/>
        </w:rPr>
        <w:sectPr w:rsidR="00A5010B" w:rsidRPr="00085D55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A666AA" w:rsidRPr="00085D55" w:rsidRDefault="00A666AA" w:rsidP="005B6AA3">
      <w:pPr>
        <w:jc w:val="both"/>
        <w:rPr>
          <w:lang w:val="ru-RU"/>
        </w:rPr>
      </w:pPr>
    </w:p>
    <w:sectPr w:rsidR="00A666AA" w:rsidRPr="00085D55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4C77A0C"/>
    <w:multiLevelType w:val="hybridMultilevel"/>
    <w:tmpl w:val="80D87EBA"/>
    <w:lvl w:ilvl="0" w:tplc="BEE268F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hint="default"/>
        <w:b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5D55"/>
    <w:rsid w:val="0015074B"/>
    <w:rsid w:val="00157323"/>
    <w:rsid w:val="002270A0"/>
    <w:rsid w:val="00275DF3"/>
    <w:rsid w:val="0029639D"/>
    <w:rsid w:val="00326F90"/>
    <w:rsid w:val="00546175"/>
    <w:rsid w:val="005B6AA3"/>
    <w:rsid w:val="005C2957"/>
    <w:rsid w:val="00625009"/>
    <w:rsid w:val="0067099B"/>
    <w:rsid w:val="006F370E"/>
    <w:rsid w:val="00927207"/>
    <w:rsid w:val="009E6A89"/>
    <w:rsid w:val="009F36BC"/>
    <w:rsid w:val="00A5010B"/>
    <w:rsid w:val="00A666AA"/>
    <w:rsid w:val="00AA1D8D"/>
    <w:rsid w:val="00B47730"/>
    <w:rsid w:val="00C95D08"/>
    <w:rsid w:val="00CB0664"/>
    <w:rsid w:val="00D74901"/>
    <w:rsid w:val="00E2283A"/>
    <w:rsid w:val="00E470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BA21B"/>
  <w14:defaultImageDpi w14:val="300"/>
  <w15:docId w15:val="{E49F187C-396F-49A3-8B9A-4F2C9EA59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6F37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6F370E"/>
    <w:rPr>
      <w:rFonts w:ascii="Segoe UI" w:hAnsi="Segoe UI" w:cs="Segoe UI"/>
      <w:sz w:val="18"/>
      <w:szCs w:val="18"/>
    </w:rPr>
  </w:style>
  <w:style w:type="character" w:styleId="affa">
    <w:name w:val="Hyperlink"/>
    <w:basedOn w:val="a2"/>
    <w:uiPriority w:val="99"/>
    <w:unhideWhenUsed/>
    <w:rsid w:val="00E228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7D0115-87EF-47D3-8182-644CA8124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24</Pages>
  <Words>9420</Words>
  <Characters>53694</Characters>
  <Application>Microsoft Office Word</Application>
  <DocSecurity>0</DocSecurity>
  <Lines>447</Lines>
  <Paragraphs>125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7</cp:revision>
  <cp:lastPrinted>2022-12-07T11:50:00Z</cp:lastPrinted>
  <dcterms:created xsi:type="dcterms:W3CDTF">2022-10-14T10:42:00Z</dcterms:created>
  <dcterms:modified xsi:type="dcterms:W3CDTF">2022-12-08T08:18:00Z</dcterms:modified>
  <cp:category/>
</cp:coreProperties>
</file>